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rPr>
          <w:rFonts w:ascii="Arial" w:hAnsi="Arial" w:eastAsia="Arial"/>
          <w:b/>
          <w:sz w:val="36"/>
        </w:rPr>
        <w:t>Procedimiento actualizado de Chromium en modo kiosko y watchdog de memoria</w:t>
      </w:r>
    </w:p>
    <w:p>
      <w:pPr>
        <w:spacing w:after="100"/>
        <w:jc w:val="center"/>
      </w:pPr>
      <w:r>
        <w:rPr>
          <w:i/>
          <w:sz w:val="24"/>
        </w:rPr>
        <w:t>Sistema Totem Raspberry Pi - Node-RED Dashboard local</w:t>
      </w:r>
    </w:p>
    <w:p>
      <w:pPr>
        <w:pStyle w:val="SmallNote"/>
        <w:spacing w:after="100"/>
        <w:jc w:val="center"/>
      </w:pPr>
      <w:r>
        <w:t>Versión preparada a partir de las pruebas realizadas con Chromium, autostart, watchdog y análisis de consumo de memoria.</w:t>
      </w:r>
    </w:p>
    <w:p>
      <w:pPr>
        <w:pStyle w:val="Heading1"/>
        <w:spacing w:after="100"/>
      </w:pPr>
      <w:r>
        <w:t>1. Objetivo del documento</w:t>
      </w:r>
    </w:p>
    <w:p>
      <w:pPr>
        <w:spacing w:after="100"/>
      </w:pPr>
      <w:r>
        <w:t>Este documento recoge el procedimiento final recomendado para lanzar Chromium en modo kiosko en los Totems Raspberry Pi, vigilar su consumo de memoria y relanzarlo automáticamente si se cierra o supera un umbral definido.</w:t>
      </w:r>
    </w:p>
    <w:p>
      <w:pPr>
        <w:spacing w:after="100"/>
      </w:pPr>
      <w:r>
        <w:t>También incluye los comandos usados para comprobar que el sistema funciona, interpretar el consumo de memoria de Chromium y diagnosticar problemas típicos observados durante las pruebas.</w:t>
      </w:r>
    </w:p>
    <w:p>
      <w:pPr>
        <w:pStyle w:val="Heading1"/>
        <w:spacing w:after="100"/>
      </w:pPr>
      <w:r>
        <w:t>2. Contexto técnico del problema</w:t>
      </w:r>
    </w:p>
    <w:p>
      <w:pPr>
        <w:spacing w:after="100"/>
      </w:pPr>
      <w:r>
        <w:t>En el evento analizado, el sistema llegó a una situación de falta de memoria y el kernel ejecutó el OOM killer. El proceso sacrificado fue Chromium, lo que explica que la pantalla local quedara en negro o en estado de “connection lost”, mientras Node-RED podía seguir vivo.</w:t>
      </w:r>
    </w:p>
    <w:p>
      <w:pPr>
        <w:pStyle w:val="CodeBlock"/>
        <w:spacing w:after="0" w:line="240" w:lineRule="auto"/>
      </w:pPr>
      <w:r>
        <w:rPr>
          <w:rFonts w:ascii="Consolas" w:hAnsi="Consolas" w:eastAsia="Consolas"/>
          <w:sz w:val="16"/>
        </w:rPr>
        <w:t>Out of memory: Killed process ... (chromium)</w:t>
      </w:r>
    </w:p>
    <w:p>
      <w:pPr>
        <w:spacing w:after="100"/>
      </w:pPr>
      <w:r>
        <w:t>A partir de esto se decidió no reiniciar Node-RED ni la Raspberry completa, sino proteger la interfaz local mediante un watchdog que reinicie únicamente Chromium cuando sea necesario.</w:t>
      </w:r>
    </w:p>
    <w:p>
      <w:pPr>
        <w:pStyle w:val="Heading1"/>
        <w:spacing w:after="100"/>
      </w:pPr>
      <w:r>
        <w:t>3. Archivos implicados</w:t>
      </w:r>
    </w:p>
    <w:tbl>
      <w:tblPr>
        <w:tblStyle w:val="TableGrid"/>
        <w:tblW w:type="auto" w:w="0"/>
        <w:jc w:val="center"/>
        <w:tblLook w:firstColumn="1" w:firstRow="1" w:lastColumn="0" w:lastRow="0" w:noHBand="0" w:noVBand="1" w:val="04A0"/>
      </w:tblPr>
      <w:tblGrid>
        <w:gridCol w:w="3400"/>
        <w:gridCol w:w="3400"/>
        <w:gridCol w:w="3400"/>
      </w:tblGrid>
      <w:tr>
        <w:tc>
          <w:tcPr>
            <w:tcW w:type="dxa" w:w="3400"/>
            <w:shd w:fill="D9EAF7"/>
          </w:tcPr>
          <w:p>
            <w:r/>
            <w:r>
              <w:rPr>
                <w:rFonts w:ascii="Arial" w:hAnsi="Arial" w:eastAsia="Arial"/>
                <w:b/>
                <w:sz w:val="18"/>
              </w:rPr>
              <w:t>Archivo</w:t>
            </w:r>
          </w:p>
        </w:tc>
        <w:tc>
          <w:tcPr>
            <w:tcW w:type="dxa" w:w="3400"/>
            <w:shd w:fill="D9EAF7"/>
          </w:tcPr>
          <w:p>
            <w:r/>
            <w:r>
              <w:rPr>
                <w:rFonts w:ascii="Arial" w:hAnsi="Arial" w:eastAsia="Arial"/>
                <w:b/>
                <w:sz w:val="18"/>
              </w:rPr>
              <w:t>Función</w:t>
            </w:r>
          </w:p>
        </w:tc>
        <w:tc>
          <w:tcPr>
            <w:tcW w:type="dxa" w:w="3400"/>
            <w:shd w:fill="D9EAF7"/>
          </w:tcPr>
          <w:p>
            <w:r/>
            <w:r>
              <w:rPr>
                <w:rFonts w:ascii="Arial" w:hAnsi="Arial" w:eastAsia="Arial"/>
                <w:b/>
                <w:sz w:val="18"/>
              </w:rPr>
              <w:t>Notas</w:t>
            </w:r>
          </w:p>
        </w:tc>
      </w:tr>
      <w:tr>
        <w:tc>
          <w:tcPr>
            <w:tcW w:type="dxa" w:w="3400"/>
          </w:tcPr>
          <w:p>
            <w:r/>
            <w:r>
              <w:rPr>
                <w:rFonts w:ascii="Arial" w:hAnsi="Arial" w:eastAsia="Arial"/>
                <w:b w:val="0"/>
                <w:sz w:val="18"/>
              </w:rPr>
              <w:t>/home/trypton/start_chromium_kiosk.sh</w:t>
            </w:r>
          </w:p>
        </w:tc>
        <w:tc>
          <w:tcPr>
            <w:tcW w:type="dxa" w:w="3400"/>
          </w:tcPr>
          <w:p>
            <w:r/>
            <w:r>
              <w:rPr>
                <w:rFonts w:ascii="Arial" w:hAnsi="Arial" w:eastAsia="Arial"/>
                <w:b w:val="0"/>
                <w:sz w:val="18"/>
              </w:rPr>
              <w:t>Arranca Chromium en modo kiosko</w:t>
            </w:r>
          </w:p>
        </w:tc>
        <w:tc>
          <w:tcPr>
            <w:tcW w:type="dxa" w:w="3400"/>
          </w:tcPr>
          <w:p>
            <w:r/>
            <w:r>
              <w:rPr>
                <w:rFonts w:ascii="Arial" w:hAnsi="Arial" w:eastAsia="Arial"/>
                <w:b w:val="0"/>
                <w:sz w:val="18"/>
              </w:rPr>
              <w:t>Script mínimo probado como funcional.</w:t>
            </w:r>
          </w:p>
        </w:tc>
      </w:tr>
      <w:tr>
        <w:tc>
          <w:tcPr>
            <w:tcW w:type="dxa" w:w="3400"/>
          </w:tcPr>
          <w:p>
            <w:r/>
            <w:r>
              <w:rPr>
                <w:rFonts w:ascii="Arial" w:hAnsi="Arial" w:eastAsia="Arial"/>
                <w:b w:val="0"/>
                <w:sz w:val="18"/>
              </w:rPr>
              <w:t>/home/trypton/watch_chromium_mem.sh</w:t>
            </w:r>
          </w:p>
        </w:tc>
        <w:tc>
          <w:tcPr>
            <w:tcW w:type="dxa" w:w="3400"/>
          </w:tcPr>
          <w:p>
            <w:r/>
            <w:r>
              <w:rPr>
                <w:rFonts w:ascii="Arial" w:hAnsi="Arial" w:eastAsia="Arial"/>
                <w:b w:val="0"/>
                <w:sz w:val="18"/>
              </w:rPr>
              <w:t>Watchdog de memoria</w:t>
            </w:r>
          </w:p>
        </w:tc>
        <w:tc>
          <w:tcPr>
            <w:tcW w:type="dxa" w:w="3400"/>
          </w:tcPr>
          <w:p>
            <w:r/>
            <w:r>
              <w:rPr>
                <w:rFonts w:ascii="Arial" w:hAnsi="Arial" w:eastAsia="Arial"/>
                <w:b w:val="0"/>
                <w:sz w:val="18"/>
              </w:rPr>
              <w:t>Vigila si Chromium está activo y su RSS total.</w:t>
            </w:r>
          </w:p>
        </w:tc>
      </w:tr>
      <w:tr>
        <w:tc>
          <w:tcPr>
            <w:tcW w:type="dxa" w:w="3400"/>
          </w:tcPr>
          <w:p>
            <w:r/>
            <w:r>
              <w:rPr>
                <w:rFonts w:ascii="Arial" w:hAnsi="Arial" w:eastAsia="Arial"/>
                <w:b w:val="0"/>
                <w:sz w:val="18"/>
              </w:rPr>
              <w:t>/home/trypton/.config/lxsession/LXDE-pi/autostart</w:t>
            </w:r>
          </w:p>
        </w:tc>
        <w:tc>
          <w:tcPr>
            <w:tcW w:type="dxa" w:w="3400"/>
          </w:tcPr>
          <w:p>
            <w:r/>
            <w:r>
              <w:rPr>
                <w:rFonts w:ascii="Arial" w:hAnsi="Arial" w:eastAsia="Arial"/>
                <w:b w:val="0"/>
                <w:sz w:val="18"/>
              </w:rPr>
              <w:t>Arranque gráfico LXDE-pi</w:t>
            </w:r>
          </w:p>
        </w:tc>
        <w:tc>
          <w:tcPr>
            <w:tcW w:type="dxa" w:w="3400"/>
          </w:tcPr>
          <w:p>
            <w:r/>
            <w:r>
              <w:rPr>
                <w:rFonts w:ascii="Arial" w:hAnsi="Arial" w:eastAsia="Arial"/>
                <w:b w:val="0"/>
                <w:sz w:val="18"/>
              </w:rPr>
              <w:t>Debe lanzar el watchdog, no Chromium directamente.</w:t>
            </w:r>
          </w:p>
        </w:tc>
      </w:tr>
      <w:tr>
        <w:tc>
          <w:tcPr>
            <w:tcW w:type="dxa" w:w="3400"/>
          </w:tcPr>
          <w:p>
            <w:r/>
            <w:r>
              <w:rPr>
                <w:rFonts w:ascii="Arial" w:hAnsi="Arial" w:eastAsia="Arial"/>
                <w:b w:val="0"/>
                <w:sz w:val="18"/>
              </w:rPr>
              <w:t>/tmp/watch_chromium_mem.log</w:t>
            </w:r>
          </w:p>
        </w:tc>
        <w:tc>
          <w:tcPr>
            <w:tcW w:type="dxa" w:w="3400"/>
          </w:tcPr>
          <w:p>
            <w:r/>
            <w:r>
              <w:rPr>
                <w:rFonts w:ascii="Arial" w:hAnsi="Arial" w:eastAsia="Arial"/>
                <w:b w:val="0"/>
                <w:sz w:val="18"/>
              </w:rPr>
              <w:t>Log operativo del watchdog</w:t>
            </w:r>
          </w:p>
        </w:tc>
        <w:tc>
          <w:tcPr>
            <w:tcW w:type="dxa" w:w="3400"/>
          </w:tcPr>
          <w:p>
            <w:r/>
            <w:r>
              <w:rPr>
                <w:rFonts w:ascii="Arial" w:hAnsi="Arial" w:eastAsia="Arial"/>
                <w:b w:val="0"/>
                <w:sz w:val="18"/>
              </w:rPr>
              <w:t>Permite ver ciclos, RSS y reinicios.</w:t>
            </w:r>
          </w:p>
        </w:tc>
      </w:tr>
      <w:tr>
        <w:tc>
          <w:tcPr>
            <w:tcW w:type="dxa" w:w="3400"/>
          </w:tcPr>
          <w:p>
            <w:r/>
            <w:r>
              <w:rPr>
                <w:rFonts w:ascii="Arial" w:hAnsi="Arial" w:eastAsia="Arial"/>
                <w:b w:val="0"/>
                <w:sz w:val="18"/>
              </w:rPr>
              <w:t>/tmp/chromium_kiosk.log</w:t>
            </w:r>
          </w:p>
        </w:tc>
        <w:tc>
          <w:tcPr>
            <w:tcW w:type="dxa" w:w="3400"/>
          </w:tcPr>
          <w:p>
            <w:r/>
            <w:r>
              <w:rPr>
                <w:rFonts w:ascii="Arial" w:hAnsi="Arial" w:eastAsia="Arial"/>
                <w:b w:val="0"/>
                <w:sz w:val="18"/>
              </w:rPr>
              <w:t>Log de Chromium</w:t>
            </w:r>
          </w:p>
        </w:tc>
        <w:tc>
          <w:tcPr>
            <w:tcW w:type="dxa" w:w="3400"/>
          </w:tcPr>
          <w:p>
            <w:r/>
            <w:r>
              <w:rPr>
                <w:rFonts w:ascii="Arial" w:hAnsi="Arial" w:eastAsia="Arial"/>
                <w:b w:val="0"/>
                <w:sz w:val="18"/>
              </w:rPr>
              <w:t>Recibe errores gráficos/GBM y salida estándar de Chromium.</w:t>
            </w:r>
          </w:p>
        </w:tc>
      </w:tr>
      <w:tr>
        <w:tc>
          <w:tcPr>
            <w:tcW w:type="dxa" w:w="3400"/>
          </w:tcPr>
          <w:p>
            <w:r/>
            <w:r>
              <w:rPr>
                <w:rFonts w:ascii="Arial" w:hAnsi="Arial" w:eastAsia="Arial"/>
                <w:b w:val="0"/>
                <w:sz w:val="18"/>
              </w:rPr>
              <w:t>/tmp/watch_chromium_nohup.log</w:t>
            </w:r>
          </w:p>
        </w:tc>
        <w:tc>
          <w:tcPr>
            <w:tcW w:type="dxa" w:w="3400"/>
          </w:tcPr>
          <w:p>
            <w:r/>
            <w:r>
              <w:rPr>
                <w:rFonts w:ascii="Arial" w:hAnsi="Arial" w:eastAsia="Arial"/>
                <w:b w:val="0"/>
                <w:sz w:val="18"/>
              </w:rPr>
              <w:t>Log del nohup</w:t>
            </w:r>
          </w:p>
        </w:tc>
        <w:tc>
          <w:tcPr>
            <w:tcW w:type="dxa" w:w="3400"/>
          </w:tcPr>
          <w:p>
            <w:r/>
            <w:r>
              <w:rPr>
                <w:rFonts w:ascii="Arial" w:hAnsi="Arial" w:eastAsia="Arial"/>
                <w:b w:val="0"/>
                <w:sz w:val="18"/>
              </w:rPr>
              <w:t>Útil para saber si el watchdog falla al arrancar.</w:t>
            </w:r>
          </w:p>
        </w:tc>
      </w:tr>
    </w:tbl>
    <w:p>
      <w:pPr>
        <w:pStyle w:val="Heading1"/>
        <w:spacing w:after="100"/>
      </w:pPr>
      <w:r>
        <w:t>4. Script estable para arrancar Chromium en kiosko</w:t>
      </w:r>
    </w:p>
    <w:p>
      <w:pPr>
        <w:spacing w:after="100"/>
      </w:pPr>
      <w:r>
        <w:t>Este script fue la versión mínima que funcionó correctamente. Se mantiene el modo kiosko, el modo incógnito y las opciones que no rompieron la pantalla completa. Se incluye sleep 20 porque con sleep 10 podía quedar demasiado justo en algunos arranques.</w:t>
      </w:r>
    </w:p>
    <w:p>
      <w:pPr>
        <w:pStyle w:val="CodeBlock"/>
        <w:spacing w:after="0" w:line="240" w:lineRule="auto"/>
      </w:pPr>
      <w:r>
        <w:rPr>
          <w:rFonts w:ascii="Consolas" w:hAnsi="Consolas" w:eastAsia="Consolas"/>
          <w:sz w:val="16"/>
        </w:rPr>
        <w:t>nano /home/trypton/start_chromium_kiosk.sh</w:t>
      </w:r>
    </w:p>
    <w:p>
      <w:pPr>
        <w:spacing w:after="100"/>
      </w:pPr>
      <w:r>
        <w:t>Contenido del archivo:</w:t>
      </w:r>
    </w:p>
    <w:p>
      <w:pPr>
        <w:pStyle w:val="CodeBlock"/>
        <w:spacing w:after="0" w:line="240" w:lineRule="auto"/>
      </w:pPr>
      <w:r>
        <w:rPr>
          <w:rFonts w:ascii="Consolas" w:hAnsi="Consolas" w:eastAsia="Consolas"/>
          <w:sz w:val="16"/>
        </w:rPr>
        <w:t>#!/bin/bash</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export DISPLAY=:0</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sleep 20</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sed -i 's/"exited_cleanly": false/"exited_cleanly": true/g; s/"exit_type": "Crashed"/"exit_type": "Normal"/g' /home/trypton/.config/chromium/Default/Preferences 2&gt;/dev/null</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chromium-browser --noerrdialogs --kiosk http://127.0.0.1:1880/ui --incognito --disable-translate --disable-pinch --overscroll-history-navigation=0 --disable-session-crashed-bubble --disk-cache-size=1 --media-cache-size=1 &gt;&gt; /tmp/chromium_kiosk.log 2&gt;&amp;1</w:t>
      </w:r>
    </w:p>
    <w:p>
      <w:pPr>
        <w:spacing w:after="100"/>
      </w:pPr>
      <w:r>
        <w:t>Dar permisos de ejecución:</w:t>
      </w:r>
    </w:p>
    <w:p>
      <w:pPr>
        <w:pStyle w:val="CodeBlock"/>
        <w:spacing w:after="0" w:line="240" w:lineRule="auto"/>
      </w:pPr>
      <w:r>
        <w:rPr>
          <w:rFonts w:ascii="Consolas" w:hAnsi="Consolas" w:eastAsia="Consolas"/>
          <w:sz w:val="16"/>
        </w:rPr>
        <w:t>chmod +x /home/trypton/start_chromium_kiosk.sh</w:t>
      </w:r>
    </w:p>
    <w:p>
      <w:pPr>
        <w:pStyle w:val="Heading1"/>
        <w:spacing w:after="100"/>
      </w:pPr>
      <w:r>
        <w:t>5. Watchdog de memoria corregido</w:t>
      </w:r>
    </w:p>
    <w:p>
      <w:pPr>
        <w:spacing w:after="100"/>
      </w:pPr>
      <w:r>
        <w:t>La primera versión del watchdog usaba un límite de 1 GB y mataba Chromium cuando recién arrancado ya estaba alrededor de 1.24 GB. Además, usar pkill chromium de forma genérica podía matar el propio script porque su nombre contenía “chromium”.</w:t>
      </w:r>
    </w:p>
    <w:p>
      <w:pPr>
        <w:spacing w:after="100"/>
      </w:pPr>
      <w:r>
        <w:t>La versión corregida usa un límite inicial de 1.8 GB, periodo de gracia de 5 minutos y mata únicamente PIDs reales de Chromium.</w:t>
      </w:r>
    </w:p>
    <w:p>
      <w:pPr>
        <w:pStyle w:val="CodeBlock"/>
        <w:spacing w:after="0" w:line="240" w:lineRule="auto"/>
      </w:pPr>
      <w:r>
        <w:rPr>
          <w:rFonts w:ascii="Consolas" w:hAnsi="Consolas" w:eastAsia="Consolas"/>
          <w:sz w:val="16"/>
        </w:rPr>
        <w:t>nano /home/trypton/watch_chromium_mem.sh</w:t>
      </w:r>
    </w:p>
    <w:p>
      <w:pPr>
        <w:spacing w:after="100"/>
      </w:pPr>
      <w:r>
        <w:t>Contenido del archivo:</w:t>
      </w:r>
    </w:p>
    <w:p>
      <w:pPr>
        <w:pStyle w:val="CodeBlock"/>
        <w:spacing w:after="0" w:line="240" w:lineRule="auto"/>
      </w:pPr>
      <w:r>
        <w:rPr>
          <w:rFonts w:ascii="Consolas" w:hAnsi="Consolas" w:eastAsia="Consolas"/>
          <w:sz w:val="16"/>
        </w:rPr>
        <w:t>#!/bin/bash</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export DISPLAY=:0</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LIMIT_KB=1800000</w:t>
      </w:r>
    </w:p>
    <w:p>
      <w:pPr>
        <w:pStyle w:val="CodeBlock"/>
        <w:spacing w:after="0" w:line="240" w:lineRule="auto"/>
      </w:pPr>
      <w:r>
        <w:rPr>
          <w:rFonts w:ascii="Consolas" w:hAnsi="Consolas" w:eastAsia="Consolas"/>
          <w:sz w:val="16"/>
        </w:rPr>
        <w:t>CHECK_INTERVAL=60</w:t>
      </w:r>
    </w:p>
    <w:p>
      <w:pPr>
        <w:pStyle w:val="CodeBlock"/>
        <w:spacing w:after="0" w:line="240" w:lineRule="auto"/>
      </w:pPr>
      <w:r>
        <w:rPr>
          <w:rFonts w:ascii="Consolas" w:hAnsi="Consolas" w:eastAsia="Consolas"/>
          <w:sz w:val="16"/>
        </w:rPr>
        <w:t>GRACE_SECONDS=300</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START_SCRIPT="/home/trypton/start_chromium_kiosk.sh"</w:t>
      </w:r>
    </w:p>
    <w:p>
      <w:pPr>
        <w:pStyle w:val="CodeBlock"/>
        <w:spacing w:after="0" w:line="240" w:lineRule="auto"/>
      </w:pPr>
      <w:r>
        <w:rPr>
          <w:rFonts w:ascii="Consolas" w:hAnsi="Consolas" w:eastAsia="Consolas"/>
          <w:sz w:val="16"/>
        </w:rPr>
        <w:t>LOG="/tmp/watch_chromium_mem.log"</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LAST_START=0</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echo "$(date) - Watchdog iniciado. Limite=${LIMIT_KB}KB Grace=${GRACE_SECONDS}s" &gt;&gt; "$LOG"</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while true; do</w:t>
      </w:r>
    </w:p>
    <w:p>
      <w:pPr>
        <w:pStyle w:val="CodeBlock"/>
        <w:spacing w:after="0" w:line="240" w:lineRule="auto"/>
      </w:pPr>
      <w:r>
        <w:rPr>
          <w:rFonts w:ascii="Consolas" w:hAnsi="Consolas" w:eastAsia="Consolas"/>
          <w:sz w:val="16"/>
        </w:rPr>
        <w:t xml:space="preserve">    echo "$(date) - Ciclo watchdog" &gt;&gt; "$LOG"</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    # Buscar procesos reales de Chromium por nombre exacto de proceso.</w:t>
      </w:r>
    </w:p>
    <w:p>
      <w:pPr>
        <w:pStyle w:val="CodeBlock"/>
        <w:spacing w:after="0" w:line="240" w:lineRule="auto"/>
      </w:pPr>
      <w:r>
        <w:rPr>
          <w:rFonts w:ascii="Consolas" w:hAnsi="Consolas" w:eastAsia="Consolas"/>
          <w:sz w:val="16"/>
        </w:rPr>
        <w:t xml:space="preserve">    # Se evita usar pkill chromium genérico para no matar este script.</w:t>
      </w:r>
    </w:p>
    <w:p>
      <w:pPr>
        <w:pStyle w:val="CodeBlock"/>
        <w:spacing w:after="0" w:line="240" w:lineRule="auto"/>
      </w:pPr>
      <w:r>
        <w:rPr>
          <w:rFonts w:ascii="Consolas" w:hAnsi="Consolas" w:eastAsia="Consolas"/>
          <w:sz w:val="16"/>
        </w:rPr>
        <w:t xml:space="preserve">    PIDS=$(pgrep -x chromium-browser; pgrep -x chromium)</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    if [ -z "$PIDS" ]; then</w:t>
      </w:r>
    </w:p>
    <w:p>
      <w:pPr>
        <w:pStyle w:val="CodeBlock"/>
        <w:spacing w:after="0" w:line="240" w:lineRule="auto"/>
      </w:pPr>
      <w:r>
        <w:rPr>
          <w:rFonts w:ascii="Consolas" w:hAnsi="Consolas" w:eastAsia="Consolas"/>
          <w:sz w:val="16"/>
        </w:rPr>
        <w:t xml:space="preserve">        echo "$(date) - Chromium no esta corriendo. Lanzando." &gt;&gt; "$LOG"</w:t>
      </w:r>
    </w:p>
    <w:p>
      <w:pPr>
        <w:pStyle w:val="CodeBlock"/>
        <w:spacing w:after="0" w:line="240" w:lineRule="auto"/>
      </w:pPr>
      <w:r>
        <w:rPr>
          <w:rFonts w:ascii="Consolas" w:hAnsi="Consolas" w:eastAsia="Consolas"/>
          <w:sz w:val="16"/>
        </w:rPr>
        <w:t xml:space="preserve">        "$START_SCRIPT" &gt;&gt; /tmp/chromium_kiosk.log 2&gt;&amp;1 &amp;</w:t>
      </w:r>
    </w:p>
    <w:p>
      <w:pPr>
        <w:pStyle w:val="CodeBlock"/>
        <w:spacing w:after="0" w:line="240" w:lineRule="auto"/>
      </w:pPr>
      <w:r>
        <w:rPr>
          <w:rFonts w:ascii="Consolas" w:hAnsi="Consolas" w:eastAsia="Consolas"/>
          <w:sz w:val="16"/>
        </w:rPr>
        <w:t xml:space="preserve">        LAST_START=$(date +%s)</w:t>
      </w:r>
    </w:p>
    <w:p>
      <w:pPr>
        <w:pStyle w:val="CodeBlock"/>
        <w:spacing w:after="0" w:line="240" w:lineRule="auto"/>
      </w:pPr>
      <w:r>
        <w:rPr>
          <w:rFonts w:ascii="Consolas" w:hAnsi="Consolas" w:eastAsia="Consolas"/>
          <w:sz w:val="16"/>
        </w:rPr>
        <w:t xml:space="preserve">    else</w:t>
      </w:r>
    </w:p>
    <w:p>
      <w:pPr>
        <w:pStyle w:val="CodeBlock"/>
        <w:spacing w:after="0" w:line="240" w:lineRule="auto"/>
      </w:pPr>
      <w:r>
        <w:rPr>
          <w:rFonts w:ascii="Consolas" w:hAnsi="Consolas" w:eastAsia="Consolas"/>
          <w:sz w:val="16"/>
        </w:rPr>
        <w:t xml:space="preserve">        PID_LIST=$(echo "$PIDS" | paste -sd, -)</w:t>
      </w:r>
    </w:p>
    <w:p>
      <w:pPr>
        <w:pStyle w:val="CodeBlock"/>
        <w:spacing w:after="0" w:line="240" w:lineRule="auto"/>
      </w:pPr>
      <w:r>
        <w:rPr>
          <w:rFonts w:ascii="Consolas" w:hAnsi="Consolas" w:eastAsia="Consolas"/>
          <w:sz w:val="16"/>
        </w:rPr>
        <w:t xml:space="preserve">        TOTAL_RSS=$(ps -o rss= -p "$PID_LIST" 2&gt;/dev/null | awk '{sum += $1} END {print sum+0}')</w:t>
      </w:r>
    </w:p>
    <w:p>
      <w:pPr>
        <w:pStyle w:val="CodeBlock"/>
        <w:spacing w:after="0" w:line="240" w:lineRule="auto"/>
      </w:pPr>
      <w:r>
        <w:rPr>
          <w:rFonts w:ascii="Consolas" w:hAnsi="Consolas" w:eastAsia="Consolas"/>
          <w:sz w:val="16"/>
        </w:rPr>
        <w:t xml:space="preserve">        NOW=$(date +%s)</w:t>
      </w:r>
    </w:p>
    <w:p>
      <w:pPr>
        <w:pStyle w:val="CodeBlock"/>
        <w:spacing w:after="0" w:line="240" w:lineRule="auto"/>
      </w:pPr>
      <w:r>
        <w:rPr>
          <w:rFonts w:ascii="Consolas" w:hAnsi="Consolas" w:eastAsia="Consolas"/>
          <w:sz w:val="16"/>
        </w:rPr>
        <w:t xml:space="preserve">        AGE=$((NOW - LAST_START))</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        echo "$(date) - Chromium activo. RSS=${TOTAL_RSS}KB Edad_desde_lanzamiento=${AGE}s" &gt;&gt; "$LOG"</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        # No aplicar limite durante los primeros minutos tras lanzar Chromium.</w:t>
      </w:r>
    </w:p>
    <w:p>
      <w:pPr>
        <w:pStyle w:val="CodeBlock"/>
        <w:spacing w:after="0" w:line="240" w:lineRule="auto"/>
      </w:pPr>
      <w:r>
        <w:rPr>
          <w:rFonts w:ascii="Consolas" w:hAnsi="Consolas" w:eastAsia="Consolas"/>
          <w:sz w:val="16"/>
        </w:rPr>
        <w:t xml:space="preserve">        if [ "$LAST_START" -ne 0 ] &amp;&amp; [ "$AGE" -lt "$GRACE_SECONDS" ]; then</w:t>
      </w:r>
    </w:p>
    <w:p>
      <w:pPr>
        <w:pStyle w:val="CodeBlock"/>
        <w:spacing w:after="0" w:line="240" w:lineRule="auto"/>
      </w:pPr>
      <w:r>
        <w:rPr>
          <w:rFonts w:ascii="Consolas" w:hAnsi="Consolas" w:eastAsia="Consolas"/>
          <w:sz w:val="16"/>
        </w:rPr>
        <w:t xml:space="preserve">            echo "$(date) - Dentro del periodo de gracia. No se reinicia." &gt;&gt; "$LOG"</w:t>
      </w:r>
    </w:p>
    <w:p>
      <w:pPr>
        <w:pStyle w:val="CodeBlock"/>
        <w:spacing w:after="0" w:line="240" w:lineRule="auto"/>
      </w:pPr>
      <w:r>
        <w:rPr>
          <w:rFonts w:ascii="Consolas" w:hAnsi="Consolas" w:eastAsia="Consolas"/>
          <w:sz w:val="16"/>
        </w:rPr>
        <w:t xml:space="preserve">        else</w:t>
      </w:r>
    </w:p>
    <w:p>
      <w:pPr>
        <w:pStyle w:val="CodeBlock"/>
        <w:spacing w:after="0" w:line="240" w:lineRule="auto"/>
      </w:pPr>
      <w:r>
        <w:rPr>
          <w:rFonts w:ascii="Consolas" w:hAnsi="Consolas" w:eastAsia="Consolas"/>
          <w:sz w:val="16"/>
        </w:rPr>
        <w:t xml:space="preserve">            if [ "$TOTAL_RSS" -gt "$LIMIT_KB" ]; then</w:t>
      </w:r>
    </w:p>
    <w:p>
      <w:pPr>
        <w:pStyle w:val="CodeBlock"/>
        <w:spacing w:after="0" w:line="240" w:lineRule="auto"/>
      </w:pPr>
      <w:r>
        <w:rPr>
          <w:rFonts w:ascii="Consolas" w:hAnsi="Consolas" w:eastAsia="Consolas"/>
          <w:sz w:val="16"/>
        </w:rPr>
        <w:t xml:space="preserve">                echo "$(date) - Chromium supera limite. RSS=${TOTAL_RSS}KB limite=${LIMIT_KB}KB. Reiniciando solo PIDs: $PIDS" &gt;&gt; "$LOG"</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                for PID in $PIDS; do</w:t>
      </w:r>
    </w:p>
    <w:p>
      <w:pPr>
        <w:pStyle w:val="CodeBlock"/>
        <w:spacing w:after="0" w:line="240" w:lineRule="auto"/>
      </w:pPr>
      <w:r>
        <w:rPr>
          <w:rFonts w:ascii="Consolas" w:hAnsi="Consolas" w:eastAsia="Consolas"/>
          <w:sz w:val="16"/>
        </w:rPr>
        <w:t xml:space="preserve">                    kill "$PID" 2&gt;/dev/null</w:t>
      </w:r>
    </w:p>
    <w:p>
      <w:pPr>
        <w:pStyle w:val="CodeBlock"/>
        <w:spacing w:after="0" w:line="240" w:lineRule="auto"/>
      </w:pPr>
      <w:r>
        <w:rPr>
          <w:rFonts w:ascii="Consolas" w:hAnsi="Consolas" w:eastAsia="Consolas"/>
          <w:sz w:val="16"/>
        </w:rPr>
        <w:t xml:space="preserve">                done</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                sleep 5</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                "$START_SCRIPT" &gt;&gt; /tmp/chromium_kiosk.log 2&gt;&amp;1 &amp;</w:t>
      </w:r>
    </w:p>
    <w:p>
      <w:pPr>
        <w:pStyle w:val="CodeBlock"/>
        <w:spacing w:after="0" w:line="240" w:lineRule="auto"/>
      </w:pPr>
      <w:r>
        <w:rPr>
          <w:rFonts w:ascii="Consolas" w:hAnsi="Consolas" w:eastAsia="Consolas"/>
          <w:sz w:val="16"/>
        </w:rPr>
        <w:t xml:space="preserve">                LAST_START=$(date +%s)</w:t>
      </w:r>
    </w:p>
    <w:p>
      <w:pPr>
        <w:pStyle w:val="CodeBlock"/>
        <w:spacing w:after="0" w:line="240" w:lineRule="auto"/>
      </w:pPr>
      <w:r>
        <w:rPr>
          <w:rFonts w:ascii="Consolas" w:hAnsi="Consolas" w:eastAsia="Consolas"/>
          <w:sz w:val="16"/>
        </w:rPr>
        <w:t xml:space="preserve">            fi</w:t>
      </w:r>
    </w:p>
    <w:p>
      <w:pPr>
        <w:pStyle w:val="CodeBlock"/>
        <w:spacing w:after="0" w:line="240" w:lineRule="auto"/>
      </w:pPr>
      <w:r>
        <w:rPr>
          <w:rFonts w:ascii="Consolas" w:hAnsi="Consolas" w:eastAsia="Consolas"/>
          <w:sz w:val="16"/>
        </w:rPr>
        <w:t xml:space="preserve">        fi</w:t>
      </w:r>
    </w:p>
    <w:p>
      <w:pPr>
        <w:pStyle w:val="CodeBlock"/>
        <w:spacing w:after="0" w:line="240" w:lineRule="auto"/>
      </w:pPr>
      <w:r>
        <w:rPr>
          <w:rFonts w:ascii="Consolas" w:hAnsi="Consolas" w:eastAsia="Consolas"/>
          <w:sz w:val="16"/>
        </w:rPr>
        <w:t xml:space="preserve">    fi</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    sleep "$CHECK_INTERVAL"</w:t>
      </w:r>
    </w:p>
    <w:p>
      <w:pPr>
        <w:pStyle w:val="CodeBlock"/>
        <w:spacing w:after="0" w:line="240" w:lineRule="auto"/>
      </w:pPr>
      <w:r>
        <w:rPr>
          <w:rFonts w:ascii="Consolas" w:hAnsi="Consolas" w:eastAsia="Consolas"/>
          <w:sz w:val="16"/>
        </w:rPr>
        <w:t>done</w:t>
      </w:r>
    </w:p>
    <w:p>
      <w:pPr>
        <w:pStyle w:val="CodeBlock"/>
        <w:spacing w:after="0" w:line="240" w:lineRule="auto"/>
      </w:pPr>
      <w:r>
        <w:rPr>
          <w:rFonts w:ascii="Consolas" w:hAnsi="Consolas" w:eastAsia="Consolas"/>
          <w:sz w:val="16"/>
        </w:rPr>
        <w:t>chmod +x /home/trypton/watch_chromium_mem.sh</w:t>
      </w:r>
    </w:p>
    <w:p>
      <w:pPr>
        <w:pStyle w:val="Heading1"/>
        <w:spacing w:after="100"/>
      </w:pPr>
      <w:r>
        <w:t>6. Autostart recomendado</w:t>
      </w:r>
    </w:p>
    <w:p>
      <w:pPr>
        <w:spacing w:after="100"/>
      </w:pPr>
      <w:r>
        <w:t>En el autostart debe lanzarse el watchdog, no el script de Chromium directamente. El watchdog se encarga de abrir Chromium si no está corriendo.</w:t>
      </w:r>
    </w:p>
    <w:p>
      <w:pPr>
        <w:pStyle w:val="CodeBlock"/>
        <w:spacing w:after="0" w:line="240" w:lineRule="auto"/>
      </w:pPr>
      <w:r>
        <w:rPr>
          <w:rFonts w:ascii="Consolas" w:hAnsi="Consolas" w:eastAsia="Consolas"/>
          <w:sz w:val="16"/>
        </w:rPr>
        <w:t>nano /home/trypton/.config/lxsession/LXDE-pi/autostart</w:t>
      </w:r>
    </w:p>
    <w:p>
      <w:pPr>
        <w:spacing w:after="100"/>
      </w:pPr>
      <w:r>
        <w:t>Contenido recomendado:</w:t>
      </w:r>
    </w:p>
    <w:p>
      <w:pPr>
        <w:pStyle w:val="CodeBlock"/>
        <w:spacing w:after="0" w:line="240" w:lineRule="auto"/>
      </w:pPr>
      <w:r>
        <w:rPr>
          <w:rFonts w:ascii="Consolas" w:hAnsi="Consolas" w:eastAsia="Consolas"/>
          <w:sz w:val="16"/>
        </w:rPr>
        <w:t>#@xscreensaver -no-splash</w:t>
      </w:r>
    </w:p>
    <w:p>
      <w:pPr>
        <w:pStyle w:val="CodeBlock"/>
        <w:spacing w:after="0" w:line="240" w:lineRule="auto"/>
      </w:pPr>
      <w:r>
        <w:rPr>
          <w:rFonts w:ascii="Consolas" w:hAnsi="Consolas" w:eastAsia="Consolas"/>
          <w:sz w:val="16"/>
        </w:rPr>
        <w:t>@xset s off</w:t>
      </w:r>
    </w:p>
    <w:p>
      <w:pPr>
        <w:pStyle w:val="CodeBlock"/>
        <w:spacing w:after="0" w:line="240" w:lineRule="auto"/>
      </w:pPr>
      <w:r>
        <w:rPr>
          <w:rFonts w:ascii="Consolas" w:hAnsi="Consolas" w:eastAsia="Consolas"/>
          <w:sz w:val="16"/>
        </w:rPr>
        <w:t>@xset -dpms</w:t>
      </w:r>
    </w:p>
    <w:p>
      <w:pPr>
        <w:pStyle w:val="CodeBlock"/>
        <w:spacing w:after="0" w:line="240" w:lineRule="auto"/>
      </w:pPr>
      <w:r>
        <w:rPr>
          <w:rFonts w:ascii="Consolas" w:hAnsi="Consolas" w:eastAsia="Consolas"/>
          <w:sz w:val="16"/>
        </w:rPr>
        <w:t>@xset s noblank</w:t>
      </w:r>
    </w:p>
    <w:p>
      <w:pPr>
        <w:pStyle w:val="CodeBlock"/>
        <w:spacing w:after="0" w:line="240" w:lineRule="auto"/>
      </w:pPr>
      <w:r>
        <w:rPr>
          <w:rFonts w:ascii="Consolas" w:hAnsi="Consolas" w:eastAsia="Consolas"/>
          <w:sz w:val="16"/>
        </w:rPr>
      </w:r>
    </w:p>
    <w:p>
      <w:pPr>
        <w:pStyle w:val="CodeBlock"/>
        <w:spacing w:after="0" w:line="240" w:lineRule="auto"/>
      </w:pPr>
      <w:r>
        <w:rPr>
          <w:rFonts w:ascii="Consolas" w:hAnsi="Consolas" w:eastAsia="Consolas"/>
          <w:sz w:val="16"/>
        </w:rPr>
        <w:t xml:space="preserve">@bash -c 'nohup /home/trypton/watch_chromium_mem.sh &gt;/tmp/watch_chromium_nohup.log 2&gt;&amp;1 &amp;' </w:t>
      </w:r>
    </w:p>
    <w:p>
      <w:pPr>
        <w:spacing w:after="100"/>
      </w:pPr>
      <w:r>
        <w:t>Importante: no debe quedar también esta línea, porque provocaría un doble arranque de Chromium:</w:t>
      </w:r>
    </w:p>
    <w:p>
      <w:pPr>
        <w:pStyle w:val="CodeBlock"/>
        <w:spacing w:after="0" w:line="240" w:lineRule="auto"/>
      </w:pPr>
      <w:r>
        <w:rPr>
          <w:rFonts w:ascii="Consolas" w:hAnsi="Consolas" w:eastAsia="Consolas"/>
          <w:sz w:val="16"/>
        </w:rPr>
        <w:t>@/home/trypton/start_chromium_kiosk.sh</w:t>
      </w:r>
    </w:p>
    <w:p>
      <w:pPr>
        <w:pStyle w:val="Heading1"/>
        <w:spacing w:after="100"/>
      </w:pPr>
      <w:r>
        <w:t>7. Comandos de recuperación manual</w:t>
      </w:r>
    </w:p>
    <w:p>
      <w:pPr>
        <w:spacing w:after="100"/>
      </w:pPr>
      <w:r>
        <w:t>Si la pantalla queda negra o se desea volver al estado conocido, ejecutar por SSH:</w:t>
      </w:r>
    </w:p>
    <w:p>
      <w:pPr>
        <w:pStyle w:val="CodeBlock"/>
        <w:spacing w:after="0" w:line="240" w:lineRule="auto"/>
      </w:pPr>
      <w:r>
        <w:rPr>
          <w:rFonts w:ascii="Consolas" w:hAnsi="Consolas" w:eastAsia="Consolas"/>
          <w:sz w:val="16"/>
        </w:rPr>
        <w:t>pkill -f watch_chromium_mem</w:t>
      </w:r>
    </w:p>
    <w:p>
      <w:pPr>
        <w:pStyle w:val="CodeBlock"/>
        <w:spacing w:after="0" w:line="240" w:lineRule="auto"/>
      </w:pPr>
      <w:r>
        <w:rPr>
          <w:rFonts w:ascii="Consolas" w:hAnsi="Consolas" w:eastAsia="Consolas"/>
          <w:sz w:val="16"/>
        </w:rPr>
        <w:t>pkill -x chromium-browser</w:t>
      </w:r>
    </w:p>
    <w:p>
      <w:pPr>
        <w:pStyle w:val="CodeBlock"/>
        <w:spacing w:after="0" w:line="240" w:lineRule="auto"/>
      </w:pPr>
      <w:r>
        <w:rPr>
          <w:rFonts w:ascii="Consolas" w:hAnsi="Consolas" w:eastAsia="Consolas"/>
          <w:sz w:val="16"/>
        </w:rPr>
        <w:t>pkill -x chromium</w:t>
      </w:r>
    </w:p>
    <w:p>
      <w:pPr>
        <w:pStyle w:val="CodeBlock"/>
        <w:spacing w:after="0" w:line="240" w:lineRule="auto"/>
      </w:pPr>
      <w:r>
        <w:rPr>
          <w:rFonts w:ascii="Consolas" w:hAnsi="Consolas" w:eastAsia="Consolas"/>
          <w:sz w:val="16"/>
        </w:rPr>
        <w:t>DISPLAY=:0 /home/trypton/start_chromium_kiosk.sh &amp;</w:t>
      </w:r>
    </w:p>
    <w:p>
      <w:pPr>
        <w:spacing w:after="100"/>
      </w:pPr>
      <w:r>
        <w:t>Esperar unos 20 segundos. El script de arranque incluye sleep 20 antes de abrir Chromium.</w:t>
      </w:r>
    </w:p>
    <w:p>
      <w:pPr>
        <w:pStyle w:val="Heading1"/>
        <w:spacing w:after="100"/>
      </w:pPr>
      <w:r>
        <w:t>8. Lanzar y probar manualmente el watchdog</w:t>
      </w:r>
    </w:p>
    <w:p>
      <w:pPr>
        <w:spacing w:after="100"/>
      </w:pPr>
      <w:r>
        <w:t>Limpiar logs antes de la prueba:</w:t>
      </w:r>
    </w:p>
    <w:p>
      <w:pPr>
        <w:pStyle w:val="CodeBlock"/>
        <w:spacing w:after="0" w:line="240" w:lineRule="auto"/>
      </w:pPr>
      <w:r>
        <w:rPr>
          <w:rFonts w:ascii="Consolas" w:hAnsi="Consolas" w:eastAsia="Consolas"/>
          <w:sz w:val="16"/>
        </w:rPr>
        <w:t>&gt; /tmp/watch_chromium_mem.log</w:t>
      </w:r>
    </w:p>
    <w:p>
      <w:pPr>
        <w:pStyle w:val="CodeBlock"/>
        <w:spacing w:after="0" w:line="240" w:lineRule="auto"/>
      </w:pPr>
      <w:r>
        <w:rPr>
          <w:rFonts w:ascii="Consolas" w:hAnsi="Consolas" w:eastAsia="Consolas"/>
          <w:sz w:val="16"/>
        </w:rPr>
        <w:t>&gt; /tmp/chromium_kiosk.log</w:t>
      </w:r>
    </w:p>
    <w:p>
      <w:pPr>
        <w:pStyle w:val="CodeBlock"/>
        <w:spacing w:after="0" w:line="240" w:lineRule="auto"/>
      </w:pPr>
      <w:r>
        <w:rPr>
          <w:rFonts w:ascii="Consolas" w:hAnsi="Consolas" w:eastAsia="Consolas"/>
          <w:sz w:val="16"/>
        </w:rPr>
        <w:t>&gt; /tmp/watch_chromium_nohup.log</w:t>
      </w:r>
    </w:p>
    <w:p>
      <w:pPr>
        <w:spacing w:after="100"/>
      </w:pPr>
      <w:r>
        <w:t>Lanzar watchdog manualmente sin asociarlo a la terminal SSH:</w:t>
      </w:r>
    </w:p>
    <w:p>
      <w:pPr>
        <w:pStyle w:val="CodeBlock"/>
        <w:spacing w:after="0" w:line="240" w:lineRule="auto"/>
      </w:pPr>
      <w:r>
        <w:rPr>
          <w:rFonts w:ascii="Consolas" w:hAnsi="Consolas" w:eastAsia="Consolas"/>
          <w:sz w:val="16"/>
        </w:rPr>
        <w:t>nohup /home/trypton/watch_chromium_mem.sh &gt;/tmp/watch_chromium_nohup.log 2&gt;&amp;1 &amp;</w:t>
      </w:r>
    </w:p>
    <w:p>
      <w:pPr>
        <w:spacing w:after="100"/>
      </w:pPr>
      <w:r>
        <w:t>Comprobar que quedó activo:</w:t>
      </w:r>
    </w:p>
    <w:p>
      <w:pPr>
        <w:pStyle w:val="CodeBlock"/>
        <w:spacing w:after="0" w:line="240" w:lineRule="auto"/>
      </w:pPr>
      <w:r>
        <w:rPr>
          <w:rFonts w:ascii="Consolas" w:hAnsi="Consolas" w:eastAsia="Consolas"/>
          <w:sz w:val="16"/>
        </w:rPr>
        <w:t>pgrep -af watch_chromium_mem</w:t>
      </w:r>
    </w:p>
    <w:p>
      <w:pPr>
        <w:spacing w:after="100"/>
      </w:pPr>
      <w:r>
        <w:t>Comprobar que Chromium está activo:</w:t>
      </w:r>
    </w:p>
    <w:p>
      <w:pPr>
        <w:pStyle w:val="CodeBlock"/>
        <w:spacing w:after="0" w:line="240" w:lineRule="auto"/>
      </w:pPr>
      <w:r>
        <w:rPr>
          <w:rFonts w:ascii="Consolas" w:hAnsi="Consolas" w:eastAsia="Consolas"/>
          <w:sz w:val="16"/>
        </w:rPr>
        <w:t>pgrep -af chromium</w:t>
      </w:r>
    </w:p>
    <w:p>
      <w:pPr>
        <w:spacing w:after="100"/>
      </w:pPr>
      <w:r>
        <w:t>Ver el log del watchdog:</w:t>
      </w:r>
    </w:p>
    <w:p>
      <w:pPr>
        <w:pStyle w:val="CodeBlock"/>
        <w:spacing w:after="0" w:line="240" w:lineRule="auto"/>
      </w:pPr>
      <w:r>
        <w:rPr>
          <w:rFonts w:ascii="Consolas" w:hAnsi="Consolas" w:eastAsia="Consolas"/>
          <w:sz w:val="16"/>
        </w:rPr>
        <w:t>tail -50 /tmp/watch_chromium_mem.log</w:t>
      </w:r>
    </w:p>
    <w:p>
      <w:pPr>
        <w:spacing w:after="100"/>
      </w:pPr>
      <w:r>
        <w:t>Ver el log de Chromium:</w:t>
      </w:r>
    </w:p>
    <w:p>
      <w:pPr>
        <w:pStyle w:val="CodeBlock"/>
        <w:spacing w:after="0" w:line="240" w:lineRule="auto"/>
      </w:pPr>
      <w:r>
        <w:rPr>
          <w:rFonts w:ascii="Consolas" w:hAnsi="Consolas" w:eastAsia="Consolas"/>
          <w:sz w:val="16"/>
        </w:rPr>
        <w:t>tail -50 /tmp/chromium_kiosk.log</w:t>
      </w:r>
    </w:p>
    <w:p>
      <w:pPr>
        <w:pStyle w:val="Heading1"/>
        <w:spacing w:after="100"/>
      </w:pPr>
      <w:r>
        <w:t>9. Prueba de relanzamiento de Chromium</w:t>
      </w:r>
    </w:p>
    <w:p>
      <w:pPr>
        <w:spacing w:after="100"/>
      </w:pPr>
      <w:r>
        <w:t>Para comprobar que el watchdog relanza Chromium si este se cierra:</w:t>
      </w:r>
    </w:p>
    <w:p>
      <w:pPr>
        <w:pStyle w:val="CodeBlock"/>
        <w:spacing w:after="0" w:line="240" w:lineRule="auto"/>
      </w:pPr>
      <w:r>
        <w:rPr>
          <w:rFonts w:ascii="Consolas" w:hAnsi="Consolas" w:eastAsia="Consolas"/>
          <w:sz w:val="16"/>
        </w:rPr>
        <w:t>pkill -x chromium-browser</w:t>
      </w:r>
    </w:p>
    <w:p>
      <w:pPr>
        <w:pStyle w:val="CodeBlock"/>
        <w:spacing w:after="0" w:line="240" w:lineRule="auto"/>
      </w:pPr>
      <w:r>
        <w:rPr>
          <w:rFonts w:ascii="Consolas" w:hAnsi="Consolas" w:eastAsia="Consolas"/>
          <w:sz w:val="16"/>
        </w:rPr>
        <w:t>pkill -x chromium</w:t>
      </w:r>
    </w:p>
    <w:p>
      <w:pPr>
        <w:spacing w:after="100"/>
      </w:pPr>
      <w:r>
        <w:t>Esperar hasta 60 segundos y comprobar:</w:t>
      </w:r>
    </w:p>
    <w:p>
      <w:pPr>
        <w:pStyle w:val="CodeBlock"/>
        <w:spacing w:after="0" w:line="240" w:lineRule="auto"/>
      </w:pPr>
      <w:r>
        <w:rPr>
          <w:rFonts w:ascii="Consolas" w:hAnsi="Consolas" w:eastAsia="Consolas"/>
          <w:sz w:val="16"/>
        </w:rPr>
        <w:t>pgrep -af chromium</w:t>
      </w:r>
    </w:p>
    <w:p>
      <w:pPr>
        <w:pStyle w:val="CodeBlock"/>
        <w:spacing w:after="0" w:line="240" w:lineRule="auto"/>
      </w:pPr>
      <w:r>
        <w:rPr>
          <w:rFonts w:ascii="Consolas" w:hAnsi="Consolas" w:eastAsia="Consolas"/>
          <w:sz w:val="16"/>
        </w:rPr>
        <w:t>tail -50 /tmp/watch_chromium_mem.log</w:t>
      </w:r>
    </w:p>
    <w:p>
      <w:pPr>
        <w:spacing w:after="100"/>
      </w:pPr>
      <w:r>
        <w:t>El log debería mostrar una secuencia similar a:</w:t>
      </w:r>
    </w:p>
    <w:p>
      <w:pPr>
        <w:pStyle w:val="CodeBlock"/>
        <w:spacing w:after="0" w:line="240" w:lineRule="auto"/>
      </w:pPr>
      <w:r>
        <w:rPr>
          <w:rFonts w:ascii="Consolas" w:hAnsi="Consolas" w:eastAsia="Consolas"/>
          <w:sz w:val="16"/>
        </w:rPr>
        <w:t>Chromium no esta corriendo. Lanzando.</w:t>
      </w:r>
    </w:p>
    <w:p>
      <w:pPr>
        <w:pStyle w:val="CodeBlock"/>
        <w:spacing w:after="0" w:line="240" w:lineRule="auto"/>
      </w:pPr>
      <w:r>
        <w:rPr>
          <w:rFonts w:ascii="Consolas" w:hAnsi="Consolas" w:eastAsia="Consolas"/>
          <w:sz w:val="16"/>
        </w:rPr>
        <w:t>Chromium activo. RSS=...KB</w:t>
      </w:r>
    </w:p>
    <w:p>
      <w:pPr>
        <w:pStyle w:val="Heading1"/>
        <w:spacing w:after="100"/>
      </w:pPr>
      <w:r>
        <w:t>10. Interpretación del consumo de memoria</w:t>
      </w:r>
    </w:p>
    <w:p>
      <w:pPr>
        <w:spacing w:after="100"/>
      </w:pPr>
      <w:r>
        <w:t>Chromium abre varios procesos: proceso principal, renderer, GPU/compositor, procesos de red, utility, sandbox, etc. Por eso aparecen muchas líneas “chromium”. La columna importante para memoria real es RSS, no VSZ.</w:t>
      </w:r>
    </w:p>
    <w:p>
      <w:pPr>
        <w:pStyle w:val="CodeBlock"/>
        <w:spacing w:after="0" w:line="240" w:lineRule="auto"/>
      </w:pPr>
      <w:r>
        <w:rPr>
          <w:rFonts w:ascii="Consolas" w:hAnsi="Consolas" w:eastAsia="Consolas"/>
          <w:sz w:val="16"/>
        </w:rPr>
        <w:t>ps -eo pid,comm,rss,vsz,%mem,%cpu --sort=-rss | grep -i chromium</w:t>
      </w:r>
    </w:p>
    <w:p>
      <w:pPr>
        <w:spacing w:after="100"/>
      </w:pPr>
      <w:r>
        <w:t>Columnas:</w:t>
      </w:r>
    </w:p>
    <w:tbl>
      <w:tblPr>
        <w:tblStyle w:val="TableGrid"/>
        <w:tblW w:type="auto" w:w="0"/>
        <w:jc w:val="center"/>
        <w:tblLook w:firstColumn="1" w:firstRow="1" w:lastColumn="0" w:lastRow="0" w:noHBand="0" w:noVBand="1" w:val="04A0"/>
      </w:tblPr>
      <w:tblGrid>
        <w:gridCol w:w="5100"/>
        <w:gridCol w:w="5100"/>
      </w:tblGrid>
      <w:tr>
        <w:tc>
          <w:tcPr>
            <w:tcW w:type="dxa" w:w="5100"/>
            <w:shd w:fill="D9EAF7"/>
          </w:tcPr>
          <w:p>
            <w:r/>
            <w:r>
              <w:rPr>
                <w:rFonts w:ascii="Arial" w:hAnsi="Arial" w:eastAsia="Arial"/>
                <w:b/>
                <w:sz w:val="18"/>
              </w:rPr>
              <w:t>Columna</w:t>
            </w:r>
          </w:p>
        </w:tc>
        <w:tc>
          <w:tcPr>
            <w:tcW w:type="dxa" w:w="5100"/>
            <w:shd w:fill="D9EAF7"/>
          </w:tcPr>
          <w:p>
            <w:r/>
            <w:r>
              <w:rPr>
                <w:rFonts w:ascii="Arial" w:hAnsi="Arial" w:eastAsia="Arial"/>
                <w:b/>
                <w:sz w:val="18"/>
              </w:rPr>
              <w:t>Significado</w:t>
            </w:r>
          </w:p>
        </w:tc>
      </w:tr>
      <w:tr>
        <w:tc>
          <w:tcPr>
            <w:tcW w:type="dxa" w:w="5100"/>
          </w:tcPr>
          <w:p>
            <w:r/>
            <w:r>
              <w:rPr>
                <w:rFonts w:ascii="Arial" w:hAnsi="Arial" w:eastAsia="Arial"/>
                <w:b/>
                <w:sz w:val="18"/>
              </w:rPr>
              <w:t>PID</w:t>
            </w:r>
          </w:p>
        </w:tc>
        <w:tc>
          <w:tcPr>
            <w:tcW w:type="dxa" w:w="5100"/>
          </w:tcPr>
          <w:p>
            <w:r/>
            <w:r>
              <w:rPr>
                <w:rFonts w:ascii="Arial" w:hAnsi="Arial" w:eastAsia="Arial"/>
                <w:b w:val="0"/>
                <w:sz w:val="18"/>
              </w:rPr>
              <w:t>Identificador del proceso.</w:t>
            </w:r>
          </w:p>
        </w:tc>
      </w:tr>
      <w:tr>
        <w:tc>
          <w:tcPr>
            <w:tcW w:type="dxa" w:w="5100"/>
          </w:tcPr>
          <w:p>
            <w:r/>
            <w:r>
              <w:rPr>
                <w:rFonts w:ascii="Arial" w:hAnsi="Arial" w:eastAsia="Arial"/>
                <w:b/>
                <w:sz w:val="18"/>
              </w:rPr>
              <w:t>COMM</w:t>
            </w:r>
          </w:p>
        </w:tc>
        <w:tc>
          <w:tcPr>
            <w:tcW w:type="dxa" w:w="5100"/>
          </w:tcPr>
          <w:p>
            <w:r/>
            <w:r>
              <w:rPr>
                <w:rFonts w:ascii="Arial" w:hAnsi="Arial" w:eastAsia="Arial"/>
                <w:b w:val="0"/>
                <w:sz w:val="18"/>
              </w:rPr>
              <w:t>Nombre del proceso.</w:t>
            </w:r>
          </w:p>
        </w:tc>
      </w:tr>
      <w:tr>
        <w:tc>
          <w:tcPr>
            <w:tcW w:type="dxa" w:w="5100"/>
          </w:tcPr>
          <w:p>
            <w:r/>
            <w:r>
              <w:rPr>
                <w:rFonts w:ascii="Arial" w:hAnsi="Arial" w:eastAsia="Arial"/>
                <w:b/>
                <w:sz w:val="18"/>
              </w:rPr>
              <w:t>RSS</w:t>
            </w:r>
          </w:p>
        </w:tc>
        <w:tc>
          <w:tcPr>
            <w:tcW w:type="dxa" w:w="5100"/>
          </w:tcPr>
          <w:p>
            <w:r/>
            <w:r>
              <w:rPr>
                <w:rFonts w:ascii="Arial" w:hAnsi="Arial" w:eastAsia="Arial"/>
                <w:b w:val="0"/>
                <w:sz w:val="18"/>
              </w:rPr>
              <w:t>RAM real/residente usada por el proceso, en KB. Es el dato importante.</w:t>
            </w:r>
          </w:p>
        </w:tc>
      </w:tr>
      <w:tr>
        <w:tc>
          <w:tcPr>
            <w:tcW w:type="dxa" w:w="5100"/>
          </w:tcPr>
          <w:p>
            <w:r/>
            <w:r>
              <w:rPr>
                <w:rFonts w:ascii="Arial" w:hAnsi="Arial" w:eastAsia="Arial"/>
                <w:b/>
                <w:sz w:val="18"/>
              </w:rPr>
              <w:t>VSZ</w:t>
            </w:r>
          </w:p>
        </w:tc>
        <w:tc>
          <w:tcPr>
            <w:tcW w:type="dxa" w:w="5100"/>
          </w:tcPr>
          <w:p>
            <w:r/>
            <w:r>
              <w:rPr>
                <w:rFonts w:ascii="Arial" w:hAnsi="Arial" w:eastAsia="Arial"/>
                <w:b w:val="0"/>
                <w:sz w:val="18"/>
              </w:rPr>
              <w:t>Memoria virtual reservada. Puede ser enorme y no equivale a RAM real usada.</w:t>
            </w:r>
          </w:p>
        </w:tc>
      </w:tr>
      <w:tr>
        <w:tc>
          <w:tcPr>
            <w:tcW w:type="dxa" w:w="5100"/>
          </w:tcPr>
          <w:p>
            <w:r/>
            <w:r>
              <w:rPr>
                <w:rFonts w:ascii="Arial" w:hAnsi="Arial" w:eastAsia="Arial"/>
                <w:b/>
                <w:sz w:val="18"/>
              </w:rPr>
              <w:t>%MEM</w:t>
            </w:r>
          </w:p>
        </w:tc>
        <w:tc>
          <w:tcPr>
            <w:tcW w:type="dxa" w:w="5100"/>
          </w:tcPr>
          <w:p>
            <w:r/>
            <w:r>
              <w:rPr>
                <w:rFonts w:ascii="Arial" w:hAnsi="Arial" w:eastAsia="Arial"/>
                <w:b w:val="0"/>
                <w:sz w:val="18"/>
              </w:rPr>
              <w:t>Porcentaje de memoria física usada.</w:t>
            </w:r>
          </w:p>
        </w:tc>
      </w:tr>
      <w:tr>
        <w:tc>
          <w:tcPr>
            <w:tcW w:type="dxa" w:w="5100"/>
          </w:tcPr>
          <w:p>
            <w:r/>
            <w:r>
              <w:rPr>
                <w:rFonts w:ascii="Arial" w:hAnsi="Arial" w:eastAsia="Arial"/>
                <w:b/>
                <w:sz w:val="18"/>
              </w:rPr>
              <w:t>%CPU</w:t>
            </w:r>
          </w:p>
        </w:tc>
        <w:tc>
          <w:tcPr>
            <w:tcW w:type="dxa" w:w="5100"/>
          </w:tcPr>
          <w:p>
            <w:r/>
            <w:r>
              <w:rPr>
                <w:rFonts w:ascii="Arial" w:hAnsi="Arial" w:eastAsia="Arial"/>
                <w:b w:val="0"/>
                <w:sz w:val="18"/>
              </w:rPr>
              <w:t>Uso de CPU en ese instante.</w:t>
            </w:r>
          </w:p>
        </w:tc>
      </w:tr>
    </w:tbl>
    <w:p>
      <w:pPr>
        <w:pStyle w:val="Heading1"/>
        <w:spacing w:after="100"/>
      </w:pPr>
      <w:r>
        <w:t>11. Comandos para medir memoria de Chromium</w:t>
      </w:r>
    </w:p>
    <w:p>
      <w:pPr>
        <w:spacing w:after="100"/>
      </w:pPr>
      <w:r>
        <w:t>Ver procesos de Chromium ordenados por memoria:</w:t>
      </w:r>
    </w:p>
    <w:p>
      <w:pPr>
        <w:pStyle w:val="CodeBlock"/>
        <w:spacing w:after="0" w:line="240" w:lineRule="auto"/>
      </w:pPr>
      <w:r>
        <w:rPr>
          <w:rFonts w:ascii="Consolas" w:hAnsi="Consolas" w:eastAsia="Consolas"/>
          <w:sz w:val="16"/>
        </w:rPr>
        <w:t>ps -eo pid,comm,rss,vsz,%mem,%cpu --sort=-rss | grep -i chromium</w:t>
      </w:r>
    </w:p>
    <w:p>
      <w:pPr>
        <w:spacing w:after="100"/>
      </w:pPr>
      <w:r>
        <w:t>Ver el total RSS de Chromium sumado:</w:t>
      </w:r>
    </w:p>
    <w:p>
      <w:pPr>
        <w:pStyle w:val="CodeBlock"/>
        <w:spacing w:after="0" w:line="240" w:lineRule="auto"/>
      </w:pPr>
      <w:r>
        <w:rPr>
          <w:rFonts w:ascii="Consolas" w:hAnsi="Consolas" w:eastAsia="Consolas"/>
          <w:sz w:val="16"/>
        </w:rPr>
        <w:t xml:space="preserve">ps -C chromium-browser -C chromium -o rss= 2&gt;/dev/null | awk '{sum += $1} END {printf "Chromium RSS total: %.1f MB\n", sum/1024}' </w:t>
      </w:r>
    </w:p>
    <w:p>
      <w:pPr>
        <w:spacing w:after="100"/>
      </w:pPr>
      <w:r>
        <w:t>Verlo cada 10 segundos:</w:t>
      </w:r>
    </w:p>
    <w:p>
      <w:pPr>
        <w:pStyle w:val="CodeBlock"/>
        <w:spacing w:after="0" w:line="240" w:lineRule="auto"/>
      </w:pPr>
      <w:r>
        <w:rPr>
          <w:rFonts w:ascii="Consolas" w:hAnsi="Consolas" w:eastAsia="Consolas"/>
          <w:sz w:val="16"/>
        </w:rPr>
        <w:t xml:space="preserve">watch -n 10 'ps -C chromium-browser -C chromium -o rss= 2&gt;/dev/null | awk "{sum += $1} END {printf \"Chromium RSS total: %.1f MB\\n\", sum/1024}"' </w:t>
      </w:r>
    </w:p>
    <w:p>
      <w:pPr>
        <w:spacing w:after="100"/>
      </w:pPr>
      <w:r>
        <w:t>Ver memoria general del sistema:</w:t>
      </w:r>
    </w:p>
    <w:p>
      <w:pPr>
        <w:pStyle w:val="CodeBlock"/>
        <w:spacing w:after="0" w:line="240" w:lineRule="auto"/>
      </w:pPr>
      <w:r>
        <w:rPr>
          <w:rFonts w:ascii="Consolas" w:hAnsi="Consolas" w:eastAsia="Consolas"/>
          <w:sz w:val="16"/>
        </w:rPr>
        <w:t>free -h</w:t>
      </w:r>
    </w:p>
    <w:p>
      <w:pPr>
        <w:spacing w:after="100"/>
      </w:pPr>
      <w:r>
        <w:t>Vista combinada:</w:t>
      </w:r>
    </w:p>
    <w:p>
      <w:pPr>
        <w:pStyle w:val="CodeBlock"/>
        <w:spacing w:after="0" w:line="240" w:lineRule="auto"/>
      </w:pPr>
      <w:r>
        <w:rPr>
          <w:rFonts w:ascii="Consolas" w:hAnsi="Consolas" w:eastAsia="Consolas"/>
          <w:sz w:val="16"/>
        </w:rPr>
        <w:t>echo "=== Memoria sistema ==="; free -h; echo; echo "=== Chromium ==="; ps -C chromium-browser -C chromium -o pid,comm,rss,vsz,%mem,%cpu --sort=-rss</w:t>
      </w:r>
    </w:p>
    <w:p>
      <w:pPr>
        <w:pStyle w:val="Heading1"/>
        <w:spacing w:after="100"/>
      </w:pPr>
      <w:r>
        <w:t>12. Qué consumo se considera normal o problemático</w:t>
      </w:r>
    </w:p>
    <w:p>
      <w:pPr>
        <w:spacing w:after="100"/>
      </w:pPr>
      <w:r>
        <w:t>En las pruebas se observó que Chromium recién abierto podía estar alrededor de 1.24 GB de RSS total. Esto es alto, pero posible en Chromium moderno mostrando un Dashboard dinámico de Node-RED.</w:t>
      </w:r>
    </w:p>
    <w:p>
      <w:pPr>
        <w:spacing w:after="100"/>
      </w:pPr>
      <w:r>
        <w:t>No debe interpretarse VSZ como memoria real. Algunos procesos de Chromium pueden reservar VSZ muy grande sin usar físicamente esa RAM.</w:t>
      </w:r>
    </w:p>
    <w:p>
      <w:pPr>
        <w:pStyle w:val="ListBullet"/>
        <w:spacing w:after="100"/>
      </w:pPr>
      <w:r>
        <w:t>Consumo actual aproximado observado: 1.24 GB RSS.</w:t>
      </w:r>
    </w:p>
    <w:p>
      <w:pPr>
        <w:pStyle w:val="ListBullet"/>
        <w:spacing w:after="100"/>
      </w:pPr>
      <w:r>
        <w:t>Límite inicial de 1.0 GB: demasiado bajo, provocó reinicios y pantalla negra.</w:t>
      </w:r>
    </w:p>
    <w:p>
      <w:pPr>
        <w:pStyle w:val="ListBullet"/>
        <w:spacing w:after="100"/>
      </w:pPr>
      <w:r>
        <w:t>Límite recomendado inicial: 1.8 GB RSS total.</w:t>
      </w:r>
    </w:p>
    <w:p>
      <w:pPr>
        <w:pStyle w:val="ListBullet"/>
        <w:spacing w:after="100"/>
      </w:pPr>
      <w:r>
        <w:t>Periodo de gracia recomendado: 300 s para no actuar justo después del arranque.</w:t>
      </w:r>
    </w:p>
    <w:p>
      <w:pPr>
        <w:pStyle w:val="ListBullet"/>
        <w:spacing w:after="100"/>
      </w:pPr>
      <w:r>
        <w:t>Lo crítico no es solo el valor instantáneo, sino si la memoria crece sin parar con el paso de las horas.</w:t>
      </w:r>
    </w:p>
    <w:p>
      <w:pPr>
        <w:pStyle w:val="Heading1"/>
        <w:spacing w:after="100"/>
      </w:pPr>
      <w:r>
        <w:t>13. Monitorizar crecimiento de memoria</w:t>
      </w:r>
    </w:p>
    <w:p>
      <w:pPr>
        <w:spacing w:after="100"/>
      </w:pPr>
      <w:r>
        <w:t>Para registrar el crecimiento cada minuto:</w:t>
      </w:r>
    </w:p>
    <w:p>
      <w:pPr>
        <w:pStyle w:val="CodeBlock"/>
        <w:spacing w:after="0" w:line="240" w:lineRule="auto"/>
      </w:pPr>
      <w:r>
        <w:rPr>
          <w:rFonts w:ascii="Consolas" w:hAnsi="Consolas" w:eastAsia="Consolas"/>
          <w:sz w:val="16"/>
        </w:rPr>
        <w:t>while true; do</w:t>
      </w:r>
    </w:p>
    <w:p>
      <w:pPr>
        <w:pStyle w:val="CodeBlock"/>
        <w:spacing w:after="0" w:line="240" w:lineRule="auto"/>
      </w:pPr>
      <w:r>
        <w:rPr>
          <w:rFonts w:ascii="Consolas" w:hAnsi="Consolas" w:eastAsia="Consolas"/>
          <w:sz w:val="16"/>
        </w:rPr>
        <w:t xml:space="preserve">  date</w:t>
      </w:r>
    </w:p>
    <w:p>
      <w:pPr>
        <w:pStyle w:val="CodeBlock"/>
        <w:spacing w:after="0" w:line="240" w:lineRule="auto"/>
      </w:pPr>
      <w:r>
        <w:rPr>
          <w:rFonts w:ascii="Consolas" w:hAnsi="Consolas" w:eastAsia="Consolas"/>
          <w:sz w:val="16"/>
        </w:rPr>
        <w:t xml:space="preserve">  ps -C chromium-browser -C chromium -o rss= 2&gt;/dev/null | awk '{sum += $1} END {printf "Chromium RSS total: %.1f MB\n", sum/1024}'</w:t>
      </w:r>
    </w:p>
    <w:p>
      <w:pPr>
        <w:pStyle w:val="CodeBlock"/>
        <w:spacing w:after="0" w:line="240" w:lineRule="auto"/>
      </w:pPr>
      <w:r>
        <w:rPr>
          <w:rFonts w:ascii="Consolas" w:hAnsi="Consolas" w:eastAsia="Consolas"/>
          <w:sz w:val="16"/>
        </w:rPr>
        <w:t xml:space="preserve">  free -h | grep -E "Mem|Swap"</w:t>
      </w:r>
    </w:p>
    <w:p>
      <w:pPr>
        <w:pStyle w:val="CodeBlock"/>
        <w:spacing w:after="0" w:line="240" w:lineRule="auto"/>
      </w:pPr>
      <w:r>
        <w:rPr>
          <w:rFonts w:ascii="Consolas" w:hAnsi="Consolas" w:eastAsia="Consolas"/>
          <w:sz w:val="16"/>
        </w:rPr>
        <w:t xml:space="preserve">  echo "------------------------"</w:t>
      </w:r>
    </w:p>
    <w:p>
      <w:pPr>
        <w:pStyle w:val="CodeBlock"/>
        <w:spacing w:after="0" w:line="240" w:lineRule="auto"/>
      </w:pPr>
      <w:r>
        <w:rPr>
          <w:rFonts w:ascii="Consolas" w:hAnsi="Consolas" w:eastAsia="Consolas"/>
          <w:sz w:val="16"/>
        </w:rPr>
        <w:t xml:space="preserve">  sleep 60</w:t>
      </w:r>
    </w:p>
    <w:p>
      <w:pPr>
        <w:pStyle w:val="CodeBlock"/>
        <w:spacing w:after="0" w:line="240" w:lineRule="auto"/>
      </w:pPr>
      <w:r>
        <w:rPr>
          <w:rFonts w:ascii="Consolas" w:hAnsi="Consolas" w:eastAsia="Consolas"/>
          <w:sz w:val="16"/>
        </w:rPr>
        <w:t>done | tee /tmp/mem_watch_chromium.log</w:t>
      </w:r>
    </w:p>
    <w:p>
      <w:pPr>
        <w:spacing w:after="100"/>
      </w:pPr>
      <w:r>
        <w:t>Interpretación: si el consumo oscila pero se estabiliza, puede ser normal. Si sube continuamente, por ejemplo 1200 MB -&gt; 1400 MB -&gt; 1600 MB -&gt; 1800 MB, hay acumulación o fuga en la interfaz web/Dashboard.</w:t>
      </w:r>
    </w:p>
    <w:p>
      <w:pPr>
        <w:pStyle w:val="Heading1"/>
        <w:spacing w:after="100"/>
      </w:pPr>
      <w:r>
        <w:t>14. Errores gráficos GBM de Chromium</w:t>
      </w:r>
    </w:p>
    <w:p>
      <w:pPr>
        <w:spacing w:after="100"/>
      </w:pPr>
      <w:r>
        <w:t>Durante pruebas manuales aparecieron errores como:</w:t>
      </w:r>
    </w:p>
    <w:p>
      <w:pPr>
        <w:pStyle w:val="CodeBlock"/>
        <w:spacing w:after="0" w:line="240" w:lineRule="auto"/>
      </w:pPr>
      <w:r>
        <w:rPr>
          <w:rFonts w:ascii="Consolas" w:hAnsi="Consolas" w:eastAsia="Consolas"/>
          <w:sz w:val="16"/>
        </w:rPr>
        <w:t>ERROR:ui/gfx/linux/gbm_wrapper.cc: Failed to export buffer to dma_buf</w:t>
      </w:r>
    </w:p>
    <w:p>
      <w:pPr>
        <w:spacing w:after="100"/>
      </w:pPr>
      <w:r>
        <w:t>Estos mensajes son de la parte gráfica/GPU/GBM de Chromium. En Raspberry pueden aparecer y no necesariamente impiden el funcionamiento. Para evitar que ensucien la consola, la salida de Chromium se redirige a /tmp/chromium_kiosk.log.</w:t>
      </w:r>
    </w:p>
    <w:p>
      <w:pPr>
        <w:pStyle w:val="Heading1"/>
        <w:spacing w:after="100"/>
      </w:pPr>
      <w:r>
        <w:t>15. Comprobaciones si el watchdog no arranca</w:t>
      </w:r>
    </w:p>
    <w:p>
      <w:pPr>
        <w:spacing w:after="100"/>
      </w:pPr>
      <w:r>
        <w:t>Comprobar proceso:</w:t>
      </w:r>
    </w:p>
    <w:p>
      <w:pPr>
        <w:pStyle w:val="CodeBlock"/>
        <w:spacing w:after="0" w:line="240" w:lineRule="auto"/>
      </w:pPr>
      <w:r>
        <w:rPr>
          <w:rFonts w:ascii="Consolas" w:hAnsi="Consolas" w:eastAsia="Consolas"/>
          <w:sz w:val="16"/>
        </w:rPr>
        <w:t>pgrep -af watch_chromium_mem</w:t>
      </w:r>
    </w:p>
    <w:p>
      <w:pPr>
        <w:spacing w:after="100"/>
      </w:pPr>
      <w:r>
        <w:t>Comprobar permisos:</w:t>
      </w:r>
    </w:p>
    <w:p>
      <w:pPr>
        <w:pStyle w:val="CodeBlock"/>
        <w:spacing w:after="0" w:line="240" w:lineRule="auto"/>
      </w:pPr>
      <w:r>
        <w:rPr>
          <w:rFonts w:ascii="Consolas" w:hAnsi="Consolas" w:eastAsia="Consolas"/>
          <w:sz w:val="16"/>
        </w:rPr>
        <w:t>ls -l /home/trypton/watch_chromium_mem.sh</w:t>
      </w:r>
    </w:p>
    <w:p>
      <w:pPr>
        <w:pStyle w:val="CodeBlock"/>
        <w:spacing w:after="0" w:line="240" w:lineRule="auto"/>
      </w:pPr>
      <w:r>
        <w:rPr>
          <w:rFonts w:ascii="Consolas" w:hAnsi="Consolas" w:eastAsia="Consolas"/>
          <w:sz w:val="16"/>
        </w:rPr>
        <w:t>chmod +x /home/trypton/watch_chromium_mem.sh</w:t>
      </w:r>
    </w:p>
    <w:p>
      <w:pPr>
        <w:spacing w:after="100"/>
      </w:pPr>
      <w:r>
        <w:t>Comprobar logs:</w:t>
      </w:r>
    </w:p>
    <w:p>
      <w:pPr>
        <w:pStyle w:val="CodeBlock"/>
        <w:spacing w:after="0" w:line="240" w:lineRule="auto"/>
      </w:pPr>
      <w:r>
        <w:rPr>
          <w:rFonts w:ascii="Consolas" w:hAnsi="Consolas" w:eastAsia="Consolas"/>
          <w:sz w:val="16"/>
        </w:rPr>
        <w:t>cat /tmp/watch_chromium_mem.log</w:t>
      </w:r>
    </w:p>
    <w:p>
      <w:pPr>
        <w:pStyle w:val="CodeBlock"/>
        <w:spacing w:after="0" w:line="240" w:lineRule="auto"/>
      </w:pPr>
      <w:r>
        <w:rPr>
          <w:rFonts w:ascii="Consolas" w:hAnsi="Consolas" w:eastAsia="Consolas"/>
          <w:sz w:val="16"/>
        </w:rPr>
        <w:t>cat /tmp/watch_chromium_nohup.log</w:t>
      </w:r>
    </w:p>
    <w:p>
      <w:pPr>
        <w:spacing w:after="100"/>
      </w:pPr>
      <w:r>
        <w:t>Lanzarlo manualmente:</w:t>
      </w:r>
    </w:p>
    <w:p>
      <w:pPr>
        <w:pStyle w:val="CodeBlock"/>
        <w:spacing w:after="0" w:line="240" w:lineRule="auto"/>
      </w:pPr>
      <w:r>
        <w:rPr>
          <w:rFonts w:ascii="Consolas" w:hAnsi="Consolas" w:eastAsia="Consolas"/>
          <w:sz w:val="16"/>
        </w:rPr>
        <w:t>nohup /home/trypton/watch_chromium_mem.sh &gt;/tmp/watch_chromium_nohup.log 2&gt;&amp;1 &amp;</w:t>
      </w:r>
    </w:p>
    <w:p>
      <w:pPr>
        <w:pStyle w:val="Heading1"/>
        <w:spacing w:after="100"/>
      </w:pPr>
      <w:r>
        <w:t>16. Comprobaciones si el autostart no lo lanza</w:t>
      </w:r>
    </w:p>
    <w:p>
      <w:pPr>
        <w:spacing w:after="100"/>
      </w:pPr>
      <w:r>
        <w:t>Puede ocurrir que el sistema esté usando LXDE en vez de LXDE-pi, o que se esté editando un autostart distinto al activo.</w:t>
      </w:r>
    </w:p>
    <w:p>
      <w:pPr>
        <w:pStyle w:val="CodeBlock"/>
        <w:spacing w:after="0" w:line="240" w:lineRule="auto"/>
      </w:pPr>
      <w:r>
        <w:rPr>
          <w:rFonts w:ascii="Consolas" w:hAnsi="Consolas" w:eastAsia="Consolas"/>
          <w:sz w:val="16"/>
        </w:rPr>
        <w:t>ls -la /home/trypton/.config/lxsession/</w:t>
      </w:r>
    </w:p>
    <w:p>
      <w:pPr>
        <w:pStyle w:val="CodeBlock"/>
        <w:spacing w:after="0" w:line="240" w:lineRule="auto"/>
      </w:pPr>
      <w:r>
        <w:rPr>
          <w:rFonts w:ascii="Consolas" w:hAnsi="Consolas" w:eastAsia="Consolas"/>
          <w:sz w:val="16"/>
        </w:rPr>
        <w:t>cat /home/trypton/.config/lxsession/LXDE-pi/autostart</w:t>
      </w:r>
    </w:p>
    <w:p>
      <w:pPr>
        <w:pStyle w:val="CodeBlock"/>
        <w:spacing w:after="0" w:line="240" w:lineRule="auto"/>
      </w:pPr>
      <w:r>
        <w:rPr>
          <w:rFonts w:ascii="Consolas" w:hAnsi="Consolas" w:eastAsia="Consolas"/>
          <w:sz w:val="16"/>
        </w:rPr>
        <w:t>cat /home/trypton/.config/lxsession/LXDE/autostart 2&gt;/dev/null</w:t>
      </w:r>
    </w:p>
    <w:p>
      <w:pPr>
        <w:pStyle w:val="CodeBlock"/>
        <w:spacing w:after="0" w:line="240" w:lineRule="auto"/>
      </w:pPr>
      <w:r>
        <w:rPr>
          <w:rFonts w:ascii="Consolas" w:hAnsi="Consolas" w:eastAsia="Consolas"/>
          <w:sz w:val="16"/>
        </w:rPr>
        <w:t>grep -R "chromium\|watch_chromium\|start_chromium" /home/trypton/.config/lxsession/ /etc/xdg/lxsession/ 2&gt;/dev/null</w:t>
      </w:r>
    </w:p>
    <w:p>
      <w:pPr>
        <w:spacing w:after="100"/>
      </w:pPr>
      <w:r>
        <w:t>Prueba para saber si un autostart se ejecuta: añadir temporalmente una línea como esta y reiniciar sesión gráfica:</w:t>
      </w:r>
    </w:p>
    <w:p>
      <w:pPr>
        <w:pStyle w:val="CodeBlock"/>
        <w:spacing w:after="0" w:line="240" w:lineRule="auto"/>
      </w:pPr>
      <w:r>
        <w:rPr>
          <w:rFonts w:ascii="Consolas" w:hAnsi="Consolas" w:eastAsia="Consolas"/>
          <w:sz w:val="16"/>
        </w:rPr>
        <w:t>@bash -c 'date &gt;&gt; /tmp/autostart_test.log'</w:t>
      </w:r>
    </w:p>
    <w:p>
      <w:pPr>
        <w:spacing w:after="100"/>
      </w:pPr>
      <w:r>
        <w:t>Después comprobar:</w:t>
      </w:r>
    </w:p>
    <w:p>
      <w:pPr>
        <w:pStyle w:val="CodeBlock"/>
        <w:spacing w:after="0" w:line="240" w:lineRule="auto"/>
      </w:pPr>
      <w:r>
        <w:rPr>
          <w:rFonts w:ascii="Consolas" w:hAnsi="Consolas" w:eastAsia="Consolas"/>
          <w:sz w:val="16"/>
        </w:rPr>
        <w:t>cat /tmp/autostart_test.log</w:t>
      </w:r>
    </w:p>
    <w:p>
      <w:pPr>
        <w:pStyle w:val="Heading1"/>
        <w:spacing w:after="100"/>
      </w:pPr>
      <w:r>
        <w:t>17. Causas probables de consumo alto en Chromium</w:t>
      </w:r>
    </w:p>
    <w:p>
      <w:pPr>
        <w:pStyle w:val="ListBullet"/>
        <w:spacing w:after="100"/>
      </w:pPr>
      <w:r>
        <w:t>Node-RED Dashboard no es una página estática; es una aplicación web dinámica con JavaScript, WebSocket y widgets.</w:t>
      </w:r>
    </w:p>
    <w:p>
      <w:pPr>
        <w:pStyle w:val="ListBullet"/>
        <w:spacing w:after="100"/>
      </w:pPr>
      <w:r>
        <w:t>Mensajes enviados constantemente al Dashboard aunque visualmente no cambie nada.</w:t>
      </w:r>
    </w:p>
    <w:p>
      <w:pPr>
        <w:pStyle w:val="ListBullet"/>
        <w:spacing w:after="100"/>
      </w:pPr>
      <w:r>
        <w:t>Notificaciones, listas, tablas o gráficos que acumulan histórico sin límite.</w:t>
      </w:r>
    </w:p>
    <w:p>
      <w:pPr>
        <w:pStyle w:val="ListBullet"/>
        <w:spacing w:after="100"/>
      </w:pPr>
      <w:r>
        <w:t>Errores repetitivos Modbus/HTTP/WebSocket enviados a la UI.</w:t>
      </w:r>
    </w:p>
    <w:p>
      <w:pPr>
        <w:pStyle w:val="ListBullet"/>
        <w:spacing w:after="100"/>
      </w:pPr>
      <w:r>
        <w:t>Imágenes o datos base64 retenidos en memoria del navegador.</w:t>
      </w:r>
    </w:p>
    <w:p>
      <w:pPr>
        <w:pStyle w:val="ListBullet"/>
        <w:spacing w:after="100"/>
      </w:pPr>
      <w:r>
        <w:t>Reconexiones WebSocket que pueden duplicar listeners o timers si la lógica de la página no los libera correctamente.</w:t>
      </w:r>
    </w:p>
    <w:p>
      <w:pPr>
        <w:pStyle w:val="Heading1"/>
        <w:spacing w:after="100"/>
      </w:pPr>
      <w:r>
        <w:t>18. Recomendaciones de diseño para reducir memoria</w:t>
      </w:r>
    </w:p>
    <w:p>
      <w:pPr>
        <w:pStyle w:val="ListBullet"/>
        <w:spacing w:after="100"/>
      </w:pPr>
      <w:r>
        <w:t>Enviar al Dashboard solo cambios reales de estado, no refrescos idénticos cada segundo.</w:t>
      </w:r>
    </w:p>
    <w:p>
      <w:pPr>
        <w:pStyle w:val="ListBullet"/>
        <w:spacing w:after="100"/>
      </w:pPr>
      <w:r>
        <w:t>Evitar enviar todos los errores repetitivos a la pantalla; mostrar un estado compacto como “sensor sin comunicación”.</w:t>
      </w:r>
    </w:p>
    <w:p>
      <w:pPr>
        <w:pStyle w:val="ListBullet"/>
        <w:spacing w:after="100"/>
      </w:pPr>
      <w:r>
        <w:t>Limitar el histórico de gráficos/tablas/listas.</w:t>
      </w:r>
    </w:p>
    <w:p>
      <w:pPr>
        <w:pStyle w:val="ListBullet"/>
        <w:spacing w:after="100"/>
      </w:pPr>
      <w:r>
        <w:t>Evitar mantener imágenes/base64 en memoria más tiempo del necesario.</w:t>
      </w:r>
    </w:p>
    <w:p>
      <w:pPr>
        <w:pStyle w:val="ListBullet"/>
        <w:spacing w:after="100"/>
      </w:pPr>
      <w:r>
        <w:t>Aplicar rate limit a notificaciones y errores, por ejemplo una notificación cada 30 o 60 segundos.</w:t>
      </w:r>
    </w:p>
    <w:p>
      <w:pPr>
        <w:pStyle w:val="ListBullet"/>
        <w:spacing w:after="100"/>
      </w:pPr>
      <w:r>
        <w:t>Mantener el watchdog como protección, pero investigar si el RSS crece continuamente.</w:t>
      </w:r>
    </w:p>
    <w:p>
      <w:pPr>
        <w:pStyle w:val="Heading1"/>
        <w:spacing w:after="100"/>
      </w:pPr>
      <w:r>
        <w:t>19. Valores finales recomendados inicialmente</w:t>
      </w:r>
    </w:p>
    <w:tbl>
      <w:tblPr>
        <w:tblStyle w:val="TableGrid"/>
        <w:tblW w:type="auto" w:w="0"/>
        <w:jc w:val="center"/>
        <w:tblLook w:firstColumn="1" w:firstRow="1" w:lastColumn="0" w:lastRow="0" w:noHBand="0" w:noVBand="1" w:val="04A0"/>
      </w:tblPr>
      <w:tblGrid>
        <w:gridCol w:w="5100"/>
        <w:gridCol w:w="5100"/>
      </w:tblGrid>
      <w:tr>
        <w:tc>
          <w:tcPr>
            <w:tcW w:type="dxa" w:w="5100"/>
            <w:shd w:fill="D9EAF7"/>
          </w:tcPr>
          <w:p>
            <w:r/>
            <w:r>
              <w:rPr>
                <w:rFonts w:ascii="Arial" w:hAnsi="Arial" w:eastAsia="Arial"/>
                <w:b/>
                <w:sz w:val="18"/>
              </w:rPr>
              <w:t>Parámetro</w:t>
            </w:r>
          </w:p>
        </w:tc>
        <w:tc>
          <w:tcPr>
            <w:tcW w:type="dxa" w:w="5100"/>
            <w:shd w:fill="D9EAF7"/>
          </w:tcPr>
          <w:p>
            <w:r/>
            <w:r>
              <w:rPr>
                <w:rFonts w:ascii="Arial" w:hAnsi="Arial" w:eastAsia="Arial"/>
                <w:b/>
                <w:sz w:val="18"/>
              </w:rPr>
              <w:t>Valor recomendado inicial</w:t>
            </w:r>
          </w:p>
        </w:tc>
      </w:tr>
      <w:tr>
        <w:tc>
          <w:tcPr>
            <w:tcW w:type="dxa" w:w="5100"/>
          </w:tcPr>
          <w:p>
            <w:r/>
            <w:r>
              <w:rPr>
                <w:rFonts w:ascii="Arial" w:hAnsi="Arial" w:eastAsia="Arial"/>
                <w:b/>
                <w:sz w:val="18"/>
              </w:rPr>
              <w:t>sleep de arranque Chromium</w:t>
            </w:r>
          </w:p>
        </w:tc>
        <w:tc>
          <w:tcPr>
            <w:tcW w:type="dxa" w:w="5100"/>
          </w:tcPr>
          <w:p>
            <w:r/>
            <w:r>
              <w:rPr>
                <w:rFonts w:ascii="Arial" w:hAnsi="Arial" w:eastAsia="Arial"/>
                <w:b w:val="0"/>
                <w:sz w:val="18"/>
              </w:rPr>
              <w:t>20 segundos</w:t>
            </w:r>
          </w:p>
        </w:tc>
      </w:tr>
      <w:tr>
        <w:tc>
          <w:tcPr>
            <w:tcW w:type="dxa" w:w="5100"/>
          </w:tcPr>
          <w:p>
            <w:r/>
            <w:r>
              <w:rPr>
                <w:rFonts w:ascii="Arial" w:hAnsi="Arial" w:eastAsia="Arial"/>
                <w:b/>
                <w:sz w:val="18"/>
              </w:rPr>
              <w:t>URL Dashboard</w:t>
            </w:r>
          </w:p>
        </w:tc>
        <w:tc>
          <w:tcPr>
            <w:tcW w:type="dxa" w:w="5100"/>
          </w:tcPr>
          <w:p>
            <w:r/>
            <w:r>
              <w:rPr>
                <w:rFonts w:ascii="Arial" w:hAnsi="Arial" w:eastAsia="Arial"/>
                <w:b w:val="0"/>
                <w:sz w:val="18"/>
              </w:rPr>
              <w:t>http://127.0.0.1:1880/ui</w:t>
            </w:r>
          </w:p>
        </w:tc>
      </w:tr>
      <w:tr>
        <w:tc>
          <w:tcPr>
            <w:tcW w:type="dxa" w:w="5100"/>
          </w:tcPr>
          <w:p>
            <w:r/>
            <w:r>
              <w:rPr>
                <w:rFonts w:ascii="Arial" w:hAnsi="Arial" w:eastAsia="Arial"/>
                <w:b/>
                <w:sz w:val="18"/>
              </w:rPr>
              <w:t>Límite watchdog RSS</w:t>
            </w:r>
          </w:p>
        </w:tc>
        <w:tc>
          <w:tcPr>
            <w:tcW w:type="dxa" w:w="5100"/>
          </w:tcPr>
          <w:p>
            <w:r/>
            <w:r>
              <w:rPr>
                <w:rFonts w:ascii="Arial" w:hAnsi="Arial" w:eastAsia="Arial"/>
                <w:b w:val="0"/>
                <w:sz w:val="18"/>
              </w:rPr>
              <w:t>1800000 KB (~1.8 GB)</w:t>
            </w:r>
          </w:p>
        </w:tc>
      </w:tr>
      <w:tr>
        <w:tc>
          <w:tcPr>
            <w:tcW w:type="dxa" w:w="5100"/>
          </w:tcPr>
          <w:p>
            <w:r/>
            <w:r>
              <w:rPr>
                <w:rFonts w:ascii="Arial" w:hAnsi="Arial" w:eastAsia="Arial"/>
                <w:b/>
                <w:sz w:val="18"/>
              </w:rPr>
              <w:t>Intervalo de comprobación</w:t>
            </w:r>
          </w:p>
        </w:tc>
        <w:tc>
          <w:tcPr>
            <w:tcW w:type="dxa" w:w="5100"/>
          </w:tcPr>
          <w:p>
            <w:r/>
            <w:r>
              <w:rPr>
                <w:rFonts w:ascii="Arial" w:hAnsi="Arial" w:eastAsia="Arial"/>
                <w:b w:val="0"/>
                <w:sz w:val="18"/>
              </w:rPr>
              <w:t>60 segundos</w:t>
            </w:r>
          </w:p>
        </w:tc>
      </w:tr>
      <w:tr>
        <w:tc>
          <w:tcPr>
            <w:tcW w:type="dxa" w:w="5100"/>
          </w:tcPr>
          <w:p>
            <w:r/>
            <w:r>
              <w:rPr>
                <w:rFonts w:ascii="Arial" w:hAnsi="Arial" w:eastAsia="Arial"/>
                <w:b/>
                <w:sz w:val="18"/>
              </w:rPr>
              <w:t>Periodo de gracia tras relanzar</w:t>
            </w:r>
          </w:p>
        </w:tc>
        <w:tc>
          <w:tcPr>
            <w:tcW w:type="dxa" w:w="5100"/>
          </w:tcPr>
          <w:p>
            <w:r/>
            <w:r>
              <w:rPr>
                <w:rFonts w:ascii="Arial" w:hAnsi="Arial" w:eastAsia="Arial"/>
                <w:b w:val="0"/>
                <w:sz w:val="18"/>
              </w:rPr>
              <w:t>300 segundos</w:t>
            </w:r>
          </w:p>
        </w:tc>
      </w:tr>
      <w:tr>
        <w:tc>
          <w:tcPr>
            <w:tcW w:type="dxa" w:w="5100"/>
          </w:tcPr>
          <w:p>
            <w:r/>
            <w:r>
              <w:rPr>
                <w:rFonts w:ascii="Arial" w:hAnsi="Arial" w:eastAsia="Arial"/>
                <w:b/>
                <w:sz w:val="18"/>
              </w:rPr>
              <w:t>Reinicio aplicado</w:t>
            </w:r>
          </w:p>
        </w:tc>
        <w:tc>
          <w:tcPr>
            <w:tcW w:type="dxa" w:w="5100"/>
          </w:tcPr>
          <w:p>
            <w:r/>
            <w:r>
              <w:rPr>
                <w:rFonts w:ascii="Arial" w:hAnsi="Arial" w:eastAsia="Arial"/>
                <w:b w:val="0"/>
                <w:sz w:val="18"/>
              </w:rPr>
              <w:t>Solo Chromium, no Node-RED ni RPi</w:t>
            </w:r>
          </w:p>
        </w:tc>
      </w:tr>
    </w:tbl>
    <w:p>
      <w:pPr>
        <w:pStyle w:val="Heading1"/>
        <w:spacing w:after="100"/>
      </w:pPr>
      <w:r>
        <w:t>20. Secuencia rápida de instalación</w:t>
      </w:r>
    </w:p>
    <w:p>
      <w:pPr>
        <w:pStyle w:val="ListNumber"/>
        <w:spacing w:after="100"/>
      </w:pPr>
      <w:r>
        <w:t>Crear /home/trypton/start_chromium_kiosk.sh con el contenido del apartado 4.</w:t>
      </w:r>
    </w:p>
    <w:p>
      <w:pPr>
        <w:pStyle w:val="ListNumber"/>
        <w:spacing w:after="100"/>
      </w:pPr>
      <w:r>
        <w:t>Dar permisos: chmod +x /home/trypton/start_chromium_kiosk.sh</w:t>
      </w:r>
    </w:p>
    <w:p>
      <w:pPr>
        <w:pStyle w:val="ListNumber"/>
        <w:spacing w:after="100"/>
      </w:pPr>
      <w:r>
        <w:t>Crear /home/trypton/watch_chromium_mem.sh con el contenido del apartado 5.</w:t>
      </w:r>
    </w:p>
    <w:p>
      <w:pPr>
        <w:pStyle w:val="ListNumber"/>
        <w:spacing w:after="100"/>
      </w:pPr>
      <w:r>
        <w:t>Dar permisos: chmod +x /home/trypton/watch_chromium_mem.sh</w:t>
      </w:r>
    </w:p>
    <w:p>
      <w:pPr>
        <w:pStyle w:val="ListNumber"/>
        <w:spacing w:after="100"/>
      </w:pPr>
      <w:r>
        <w:t>Editar el autostart para lanzar solamente el watchdog.</w:t>
      </w:r>
    </w:p>
    <w:p>
      <w:pPr>
        <w:pStyle w:val="ListNumber"/>
        <w:spacing w:after="100"/>
      </w:pPr>
      <w:r>
        <w:t>Reiniciar sesión gráfica o la Raspberry.</w:t>
      </w:r>
    </w:p>
    <w:p>
      <w:pPr>
        <w:pStyle w:val="ListNumber"/>
        <w:spacing w:after="100"/>
      </w:pPr>
      <w:r>
        <w:t>Verificar con pgrep -af watch_chromium_mem y pgrep -af chromium.</w:t>
      </w:r>
    </w:p>
    <w:p>
      <w:pPr>
        <w:pStyle w:val="ListNumber"/>
        <w:spacing w:after="100"/>
      </w:pPr>
      <w:r>
        <w:t>Probar pkill -x chromium-browser / pkill -x chromium y confirmar que se relanza.</w:t>
      </w:r>
    </w:p>
    <w:p>
      <w:pPr>
        <w:pStyle w:val="ListNumber"/>
        <w:spacing w:after="100"/>
      </w:pPr>
      <w:r>
        <w:t>Observar /tmp/watch_chromium_mem.log y consumo RSS durante varias horas.</w:t>
      </w:r>
    </w:p>
    <w:p>
      <w:pPr>
        <w:pStyle w:val="Heading1"/>
        <w:spacing w:after="100"/>
      </w:pPr>
      <w:r>
        <w:t>21. Conclusión</w:t>
      </w:r>
    </w:p>
    <w:p>
      <w:pPr>
        <w:spacing w:after="100"/>
      </w:pPr>
      <w:r>
        <w:t>La solución final separa dos funciones: un script estable para arrancar Chromium en kiosko y un watchdog independiente para vigilar memoria y disponibilidad del navegador. El watchdog no toca Node-RED ni reinicia la Raspberry; únicamente relanza Chromium si desaparece o si su RSS total supera el umbral configurado.</w:t>
      </w:r>
    </w:p>
    <w:p>
      <w:pPr>
        <w:spacing w:after="100"/>
      </w:pPr>
      <w:r>
        <w:t>La prueba inicial demostró que 1 GB era demasiado bajo para estos equipos, porque Chromium podía arrancar alrededor de 1.24 GB. Por eso se adoptó un umbral inicial de 1.8 GB con periodo de gracia. Se recomienda observar si el consumo se estabiliza o si crece con el tiempo, ya que el crecimiento progresivo indicaría acumulación en la interfaz web o en los datos enviados al Dashboard.</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6"/>
      </w:rPr>
      <w:t>Documento operativo - Totems Raspberry Pi / Node-RED Dashboard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A5A5A"/>
        <w:sz w:val="18"/>
      </w:rPr>
      <w:t>Procedimiento Chromium Kiosko + Watchdog de Memoria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Block"/>
    <w:rPr>
      <w:rFonts w:ascii="Consolas" w:hAnsi="Consolas" w:eastAsia="Consolas"/>
      <w:sz w:val="16"/>
    </w:rPr>
  </w:style>
  <w:style w:type="paragraph" w:customStyle="1" w:styleId="SmallNote">
    <w:name w:val="SmallNote"/>
    <w:rPr>
      <w:rFonts w:ascii="Arial" w:hAnsi="Arial" w:eastAsia="Arial"/>
      <w:i/>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 actualizado Chromium Kiosko + Watchdog de memoria</dc:title>
  <dc:subject>Totems Raspberry Pi / Node-RED Dashboard</dc:subject>
  <dc:creator>OpenAI</dc:creator>
  <cp:keywords/>
  <dc:description>generated by python-docx</dc:description>
  <cp:lastModifiedBy/>
  <cp:revision>1</cp:revision>
  <dcterms:created xsi:type="dcterms:W3CDTF">2013-12-23T23:15:00Z</dcterms:created>
  <dcterms:modified xsi:type="dcterms:W3CDTF">2013-12-23T23:15:00Z</dcterms:modified>
  <cp:category/>
</cp:coreProperties>
</file>